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D8C9E" w14:textId="77777777" w:rsidR="00FE439D" w:rsidRPr="00D467A8" w:rsidRDefault="00F151F8">
      <w:pPr>
        <w:jc w:val="right"/>
        <w:rPr>
          <w:lang w:val="sk-SK"/>
        </w:rPr>
      </w:pPr>
      <w:r w:rsidRPr="00D467A8">
        <w:rPr>
          <w:b/>
          <w:lang w:val="sk-SK"/>
        </w:rPr>
        <w:t>Mestská časť Bratislava-Lamač</w:t>
      </w:r>
      <w:r w:rsidRPr="00D467A8">
        <w:rPr>
          <w:b/>
          <w:lang w:val="sk-SK"/>
        </w:rPr>
        <w:br/>
        <w:t>Miestny úrad</w:t>
      </w:r>
      <w:r w:rsidRPr="00D467A8">
        <w:rPr>
          <w:b/>
          <w:lang w:val="sk-SK"/>
        </w:rPr>
        <w:br/>
        <w:t>Malokarpatské námestie 9</w:t>
      </w:r>
      <w:r w:rsidRPr="00D467A8">
        <w:rPr>
          <w:b/>
          <w:lang w:val="sk-SK"/>
        </w:rPr>
        <w:br/>
        <w:t>841 03 Bratislava</w:t>
      </w:r>
    </w:p>
    <w:p w14:paraId="5FD861F6" w14:textId="77777777" w:rsidR="00FE439D" w:rsidRPr="00D467A8" w:rsidRDefault="00F151F8">
      <w:pPr>
        <w:pStyle w:val="Nzov"/>
        <w:jc w:val="center"/>
        <w:rPr>
          <w:lang w:val="sk-SK"/>
        </w:rPr>
      </w:pPr>
      <w:r w:rsidRPr="00D467A8">
        <w:rPr>
          <w:lang w:val="sk-SK"/>
        </w:rPr>
        <w:t>ŽIADOSŤ O PREVOD / NÁJOM NEHNUTEĽNOSTI</w:t>
      </w:r>
    </w:p>
    <w:p w14:paraId="0B330F09" w14:textId="0DDA0407" w:rsidR="00FE439D" w:rsidRPr="00D467A8" w:rsidRDefault="008474B5">
      <w:pPr>
        <w:jc w:val="center"/>
        <w:rPr>
          <w:lang w:val="sk-SK"/>
        </w:rPr>
      </w:pPr>
      <w:r w:rsidRPr="00D467A8">
        <w:rPr>
          <w:i/>
          <w:lang w:val="sk-SK"/>
        </w:rPr>
        <w:t>nehodiacu</w:t>
      </w:r>
      <w:r w:rsidR="00F151F8" w:rsidRPr="00D467A8">
        <w:rPr>
          <w:i/>
          <w:lang w:val="sk-SK"/>
        </w:rPr>
        <w:t xml:space="preserve"> sa možnosť prečiarknite alebo označte</w:t>
      </w:r>
    </w:p>
    <w:p w14:paraId="40D478A1" w14:textId="77777777" w:rsidR="00FE439D" w:rsidRPr="00D467A8" w:rsidRDefault="00F151F8">
      <w:pPr>
        <w:pStyle w:val="Nadpis1"/>
        <w:rPr>
          <w:lang w:val="sk-SK"/>
        </w:rPr>
      </w:pPr>
      <w:r w:rsidRPr="00D467A8">
        <w:rPr>
          <w:lang w:val="sk-SK"/>
        </w:rPr>
        <w:t>1. Údaje o žiadateľovi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3402"/>
        <w:gridCol w:w="6520"/>
      </w:tblGrid>
      <w:tr w:rsidR="00FE439D" w:rsidRPr="008474B5" w14:paraId="233C2F12" w14:textId="77777777">
        <w:trPr>
          <w:jc w:val="center"/>
        </w:trPr>
        <w:tc>
          <w:tcPr>
            <w:tcW w:w="3402" w:type="dxa"/>
            <w:shd w:val="clear" w:color="auto" w:fill="E7EE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2248058" w14:textId="77777777" w:rsidR="00FE439D" w:rsidRPr="00D467A8" w:rsidRDefault="00F151F8">
            <w:pPr>
              <w:rPr>
                <w:lang w:val="sk-SK"/>
              </w:rPr>
            </w:pPr>
            <w:r w:rsidRPr="00D467A8">
              <w:rPr>
                <w:b/>
                <w:lang w:val="sk-SK"/>
              </w:rPr>
              <w:t>Fyzická osoba – titul, meno a priezvisko</w:t>
            </w:r>
          </w:p>
        </w:tc>
        <w:tc>
          <w:tcPr>
            <w:tcW w:w="6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5C913A" w14:textId="77777777" w:rsidR="00FE439D" w:rsidRPr="00D467A8" w:rsidRDefault="00FE439D">
            <w:pPr>
              <w:rPr>
                <w:lang w:val="sk-SK"/>
              </w:rPr>
            </w:pPr>
          </w:p>
        </w:tc>
      </w:tr>
      <w:tr w:rsidR="00FE439D" w:rsidRPr="00D467A8" w14:paraId="0DE6633A" w14:textId="77777777">
        <w:trPr>
          <w:jc w:val="center"/>
        </w:trPr>
        <w:tc>
          <w:tcPr>
            <w:tcW w:w="3402" w:type="dxa"/>
            <w:shd w:val="clear" w:color="auto" w:fill="E7EE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E68693" w14:textId="700DA637" w:rsidR="00FE439D" w:rsidRPr="00D467A8" w:rsidRDefault="00D467A8">
            <w:pPr>
              <w:rPr>
                <w:b/>
                <w:bCs/>
                <w:lang w:val="sk-SK"/>
              </w:rPr>
            </w:pPr>
            <w:r w:rsidRPr="00D467A8">
              <w:rPr>
                <w:b/>
                <w:bCs/>
                <w:lang w:val="sk-SK"/>
              </w:rPr>
              <w:t>Rodné číslo</w:t>
            </w:r>
          </w:p>
        </w:tc>
        <w:tc>
          <w:tcPr>
            <w:tcW w:w="6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C5A8B7" w14:textId="77777777" w:rsidR="00FE439D" w:rsidRPr="00D467A8" w:rsidRDefault="00FE439D">
            <w:pPr>
              <w:rPr>
                <w:lang w:val="sk-SK"/>
              </w:rPr>
            </w:pPr>
          </w:p>
        </w:tc>
      </w:tr>
      <w:tr w:rsidR="00FE439D" w:rsidRPr="00D467A8" w14:paraId="069E3BC7" w14:textId="77777777">
        <w:trPr>
          <w:jc w:val="center"/>
        </w:trPr>
        <w:tc>
          <w:tcPr>
            <w:tcW w:w="3402" w:type="dxa"/>
            <w:shd w:val="clear" w:color="auto" w:fill="E7EE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A796D61" w14:textId="77777777" w:rsidR="00FE439D" w:rsidRPr="00D467A8" w:rsidRDefault="00F151F8">
            <w:pPr>
              <w:rPr>
                <w:lang w:val="sk-SK"/>
              </w:rPr>
            </w:pPr>
            <w:r w:rsidRPr="00D467A8">
              <w:rPr>
                <w:b/>
                <w:lang w:val="sk-SK"/>
              </w:rPr>
              <w:t>Adresa trvalého pobytu</w:t>
            </w:r>
          </w:p>
        </w:tc>
        <w:tc>
          <w:tcPr>
            <w:tcW w:w="6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F65FCC0" w14:textId="77777777" w:rsidR="00FE439D" w:rsidRPr="00D467A8" w:rsidRDefault="00FE439D">
            <w:pPr>
              <w:rPr>
                <w:lang w:val="sk-SK"/>
              </w:rPr>
            </w:pPr>
          </w:p>
        </w:tc>
      </w:tr>
      <w:tr w:rsidR="00FE439D" w:rsidRPr="008474B5" w14:paraId="41712363" w14:textId="77777777">
        <w:trPr>
          <w:jc w:val="center"/>
        </w:trPr>
        <w:tc>
          <w:tcPr>
            <w:tcW w:w="3402" w:type="dxa"/>
            <w:shd w:val="clear" w:color="auto" w:fill="E7EE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F67F5AA" w14:textId="77777777" w:rsidR="00FE439D" w:rsidRPr="00D467A8" w:rsidRDefault="00F151F8">
            <w:pPr>
              <w:rPr>
                <w:lang w:val="sk-SK"/>
              </w:rPr>
            </w:pPr>
            <w:r w:rsidRPr="00D467A8">
              <w:rPr>
                <w:b/>
                <w:lang w:val="sk-SK"/>
              </w:rPr>
              <w:t>Korešpondenčná adresa (ak je iná)</w:t>
            </w:r>
          </w:p>
        </w:tc>
        <w:tc>
          <w:tcPr>
            <w:tcW w:w="6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24879B0" w14:textId="77777777" w:rsidR="00FE439D" w:rsidRPr="00D467A8" w:rsidRDefault="00FE439D">
            <w:pPr>
              <w:rPr>
                <w:lang w:val="sk-SK"/>
              </w:rPr>
            </w:pPr>
          </w:p>
        </w:tc>
      </w:tr>
      <w:tr w:rsidR="00FE439D" w:rsidRPr="00D467A8" w14:paraId="76A3FEAA" w14:textId="77777777">
        <w:trPr>
          <w:jc w:val="center"/>
        </w:trPr>
        <w:tc>
          <w:tcPr>
            <w:tcW w:w="3402" w:type="dxa"/>
            <w:shd w:val="clear" w:color="auto" w:fill="E7EE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676DA0" w14:textId="77777777" w:rsidR="00FE439D" w:rsidRPr="00D467A8" w:rsidRDefault="00F151F8">
            <w:pPr>
              <w:rPr>
                <w:lang w:val="sk-SK"/>
              </w:rPr>
            </w:pPr>
            <w:r w:rsidRPr="00D467A8">
              <w:rPr>
                <w:b/>
                <w:lang w:val="sk-SK"/>
              </w:rPr>
              <w:t>Telefón</w:t>
            </w:r>
          </w:p>
        </w:tc>
        <w:tc>
          <w:tcPr>
            <w:tcW w:w="6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6E552BE" w14:textId="77777777" w:rsidR="00FE439D" w:rsidRPr="00D467A8" w:rsidRDefault="00FE439D">
            <w:pPr>
              <w:rPr>
                <w:lang w:val="sk-SK"/>
              </w:rPr>
            </w:pPr>
          </w:p>
        </w:tc>
      </w:tr>
      <w:tr w:rsidR="00FE439D" w:rsidRPr="00D467A8" w14:paraId="52F61212" w14:textId="77777777">
        <w:trPr>
          <w:jc w:val="center"/>
        </w:trPr>
        <w:tc>
          <w:tcPr>
            <w:tcW w:w="3402" w:type="dxa"/>
            <w:shd w:val="clear" w:color="auto" w:fill="E7EE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6DB014" w14:textId="77777777" w:rsidR="00FE439D" w:rsidRPr="00D467A8" w:rsidRDefault="00F151F8">
            <w:pPr>
              <w:rPr>
                <w:lang w:val="sk-SK"/>
              </w:rPr>
            </w:pPr>
            <w:r w:rsidRPr="00D467A8">
              <w:rPr>
                <w:b/>
                <w:lang w:val="sk-SK"/>
              </w:rPr>
              <w:t>E-mail</w:t>
            </w:r>
          </w:p>
        </w:tc>
        <w:tc>
          <w:tcPr>
            <w:tcW w:w="6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708AD87" w14:textId="77777777" w:rsidR="00FE439D" w:rsidRPr="00D467A8" w:rsidRDefault="00FE439D">
            <w:pPr>
              <w:rPr>
                <w:lang w:val="sk-SK"/>
              </w:rPr>
            </w:pPr>
          </w:p>
        </w:tc>
      </w:tr>
    </w:tbl>
    <w:p w14:paraId="45202A4F" w14:textId="77777777" w:rsidR="00FE439D" w:rsidRPr="00D467A8" w:rsidRDefault="00F151F8">
      <w:pPr>
        <w:rPr>
          <w:lang w:val="sk-SK"/>
        </w:rPr>
      </w:pPr>
      <w:r w:rsidRPr="00D467A8">
        <w:rPr>
          <w:b/>
          <w:lang w:val="sk-SK"/>
        </w:rPr>
        <w:t>Ak je žiadateľom právnická osoba alebo fyzická osoba – podnikateľ: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3402"/>
        <w:gridCol w:w="6520"/>
      </w:tblGrid>
      <w:tr w:rsidR="00FE439D" w:rsidRPr="00D467A8" w14:paraId="2C87C982" w14:textId="77777777">
        <w:trPr>
          <w:jc w:val="center"/>
        </w:trPr>
        <w:tc>
          <w:tcPr>
            <w:tcW w:w="3402" w:type="dxa"/>
            <w:shd w:val="clear" w:color="auto" w:fill="E7EE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E03F682" w14:textId="77777777" w:rsidR="00FE439D" w:rsidRPr="00D467A8" w:rsidRDefault="00F151F8">
            <w:pPr>
              <w:rPr>
                <w:lang w:val="sk-SK"/>
              </w:rPr>
            </w:pPr>
            <w:r w:rsidRPr="00D467A8">
              <w:rPr>
                <w:b/>
                <w:lang w:val="sk-SK"/>
              </w:rPr>
              <w:t>Obchodné meno / názov</w:t>
            </w:r>
          </w:p>
        </w:tc>
        <w:tc>
          <w:tcPr>
            <w:tcW w:w="6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14C2F2" w14:textId="77777777" w:rsidR="00FE439D" w:rsidRPr="00D467A8" w:rsidRDefault="00FE439D">
            <w:pPr>
              <w:rPr>
                <w:lang w:val="sk-SK"/>
              </w:rPr>
            </w:pPr>
          </w:p>
        </w:tc>
      </w:tr>
      <w:tr w:rsidR="00FE439D" w:rsidRPr="00D467A8" w14:paraId="3FAB6B0C" w14:textId="77777777">
        <w:trPr>
          <w:jc w:val="center"/>
        </w:trPr>
        <w:tc>
          <w:tcPr>
            <w:tcW w:w="3402" w:type="dxa"/>
            <w:shd w:val="clear" w:color="auto" w:fill="E7EE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4A42FC" w14:textId="77777777" w:rsidR="00FE439D" w:rsidRPr="00D467A8" w:rsidRDefault="00F151F8">
            <w:pPr>
              <w:rPr>
                <w:lang w:val="sk-SK"/>
              </w:rPr>
            </w:pPr>
            <w:r w:rsidRPr="00D467A8">
              <w:rPr>
                <w:b/>
                <w:lang w:val="sk-SK"/>
              </w:rPr>
              <w:t>Sídlo / miesto podnikania</w:t>
            </w:r>
          </w:p>
        </w:tc>
        <w:tc>
          <w:tcPr>
            <w:tcW w:w="6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F8B7AD" w14:textId="77777777" w:rsidR="00FE439D" w:rsidRPr="00D467A8" w:rsidRDefault="00FE439D">
            <w:pPr>
              <w:rPr>
                <w:lang w:val="sk-SK"/>
              </w:rPr>
            </w:pPr>
          </w:p>
        </w:tc>
      </w:tr>
      <w:tr w:rsidR="00FE439D" w:rsidRPr="00D467A8" w14:paraId="4EBA5DDB" w14:textId="77777777">
        <w:trPr>
          <w:jc w:val="center"/>
        </w:trPr>
        <w:tc>
          <w:tcPr>
            <w:tcW w:w="3402" w:type="dxa"/>
            <w:shd w:val="clear" w:color="auto" w:fill="E7EE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36874C" w14:textId="77777777" w:rsidR="00FE439D" w:rsidRPr="00D467A8" w:rsidRDefault="00F151F8">
            <w:pPr>
              <w:rPr>
                <w:lang w:val="sk-SK"/>
              </w:rPr>
            </w:pPr>
            <w:r w:rsidRPr="00D467A8">
              <w:rPr>
                <w:b/>
                <w:lang w:val="sk-SK"/>
              </w:rPr>
              <w:t>IČO</w:t>
            </w:r>
          </w:p>
        </w:tc>
        <w:tc>
          <w:tcPr>
            <w:tcW w:w="6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F14393" w14:textId="77777777" w:rsidR="00FE439D" w:rsidRPr="00D467A8" w:rsidRDefault="00FE439D">
            <w:pPr>
              <w:rPr>
                <w:lang w:val="sk-SK"/>
              </w:rPr>
            </w:pPr>
          </w:p>
        </w:tc>
      </w:tr>
      <w:tr w:rsidR="00FE439D" w:rsidRPr="008474B5" w14:paraId="04C6747F" w14:textId="77777777">
        <w:trPr>
          <w:jc w:val="center"/>
        </w:trPr>
        <w:tc>
          <w:tcPr>
            <w:tcW w:w="3402" w:type="dxa"/>
            <w:shd w:val="clear" w:color="auto" w:fill="E7EE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AF7359" w14:textId="77777777" w:rsidR="00FE439D" w:rsidRPr="00D467A8" w:rsidRDefault="00F151F8">
            <w:pPr>
              <w:rPr>
                <w:lang w:val="sk-SK"/>
              </w:rPr>
            </w:pPr>
            <w:r w:rsidRPr="00D467A8">
              <w:rPr>
                <w:b/>
                <w:lang w:val="sk-SK"/>
              </w:rPr>
              <w:t>DIČ / IČ DPH (ak bolo pridelené)</w:t>
            </w:r>
          </w:p>
        </w:tc>
        <w:tc>
          <w:tcPr>
            <w:tcW w:w="6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E9008A" w14:textId="77777777" w:rsidR="00FE439D" w:rsidRPr="00D467A8" w:rsidRDefault="00FE439D">
            <w:pPr>
              <w:rPr>
                <w:lang w:val="sk-SK"/>
              </w:rPr>
            </w:pPr>
          </w:p>
        </w:tc>
      </w:tr>
      <w:tr w:rsidR="00FE439D" w:rsidRPr="008474B5" w14:paraId="6D01F6BE" w14:textId="77777777">
        <w:trPr>
          <w:jc w:val="center"/>
        </w:trPr>
        <w:tc>
          <w:tcPr>
            <w:tcW w:w="3402" w:type="dxa"/>
            <w:shd w:val="clear" w:color="auto" w:fill="E7EE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6FCEC1" w14:textId="77777777" w:rsidR="00FE439D" w:rsidRPr="00D467A8" w:rsidRDefault="00F151F8">
            <w:pPr>
              <w:rPr>
                <w:lang w:val="sk-SK"/>
              </w:rPr>
            </w:pPr>
            <w:r w:rsidRPr="00D467A8">
              <w:rPr>
                <w:b/>
                <w:lang w:val="sk-SK"/>
              </w:rPr>
              <w:t>Štatutárny orgán / osoba oprávnená konať</w:t>
            </w:r>
          </w:p>
        </w:tc>
        <w:tc>
          <w:tcPr>
            <w:tcW w:w="6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5B98CD" w14:textId="77777777" w:rsidR="00FE439D" w:rsidRPr="00D467A8" w:rsidRDefault="00FE439D">
            <w:pPr>
              <w:rPr>
                <w:lang w:val="sk-SK"/>
              </w:rPr>
            </w:pPr>
          </w:p>
        </w:tc>
      </w:tr>
      <w:tr w:rsidR="00FE439D" w:rsidRPr="008474B5" w14:paraId="00FD575A" w14:textId="77777777">
        <w:trPr>
          <w:jc w:val="center"/>
        </w:trPr>
        <w:tc>
          <w:tcPr>
            <w:tcW w:w="3402" w:type="dxa"/>
            <w:shd w:val="clear" w:color="auto" w:fill="E7EE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F63C40A" w14:textId="77777777" w:rsidR="00FE439D" w:rsidRPr="00D467A8" w:rsidRDefault="00F151F8">
            <w:pPr>
              <w:rPr>
                <w:lang w:val="sk-SK"/>
              </w:rPr>
            </w:pPr>
            <w:r w:rsidRPr="00D467A8">
              <w:rPr>
                <w:b/>
                <w:lang w:val="sk-SK"/>
              </w:rPr>
              <w:t>Zápis v registri (ak relevantné)</w:t>
            </w:r>
          </w:p>
        </w:tc>
        <w:tc>
          <w:tcPr>
            <w:tcW w:w="6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164BEED" w14:textId="77777777" w:rsidR="00FE439D" w:rsidRPr="00D467A8" w:rsidRDefault="00FE439D">
            <w:pPr>
              <w:rPr>
                <w:lang w:val="sk-SK"/>
              </w:rPr>
            </w:pPr>
          </w:p>
        </w:tc>
      </w:tr>
      <w:tr w:rsidR="00FE439D" w:rsidRPr="00D467A8" w14:paraId="45EF18B9" w14:textId="77777777">
        <w:trPr>
          <w:jc w:val="center"/>
        </w:trPr>
        <w:tc>
          <w:tcPr>
            <w:tcW w:w="3402" w:type="dxa"/>
            <w:shd w:val="clear" w:color="auto" w:fill="E7EE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0CD597" w14:textId="77777777" w:rsidR="00FE439D" w:rsidRPr="00D467A8" w:rsidRDefault="00F151F8">
            <w:pPr>
              <w:rPr>
                <w:lang w:val="sk-SK"/>
              </w:rPr>
            </w:pPr>
            <w:r w:rsidRPr="00D467A8">
              <w:rPr>
                <w:b/>
                <w:lang w:val="sk-SK"/>
              </w:rPr>
              <w:t>Telefón / e-mail</w:t>
            </w:r>
          </w:p>
        </w:tc>
        <w:tc>
          <w:tcPr>
            <w:tcW w:w="6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6AB6AF" w14:textId="77777777" w:rsidR="00FE439D" w:rsidRPr="00D467A8" w:rsidRDefault="00FE439D">
            <w:pPr>
              <w:rPr>
                <w:lang w:val="sk-SK"/>
              </w:rPr>
            </w:pPr>
          </w:p>
        </w:tc>
      </w:tr>
    </w:tbl>
    <w:p w14:paraId="00945BCC" w14:textId="77777777" w:rsidR="00FE439D" w:rsidRPr="00D467A8" w:rsidRDefault="00F151F8">
      <w:pPr>
        <w:pStyle w:val="Nadpis1"/>
        <w:rPr>
          <w:lang w:val="sk-SK"/>
        </w:rPr>
      </w:pPr>
      <w:r w:rsidRPr="00D467A8">
        <w:rPr>
          <w:lang w:val="sk-SK"/>
        </w:rPr>
        <w:t>2. Predmet žiadosti</w:t>
      </w:r>
    </w:p>
    <w:p w14:paraId="5692502A" w14:textId="6F589F82" w:rsidR="00FE439D" w:rsidRPr="00D467A8" w:rsidRDefault="00F151F8">
      <w:pPr>
        <w:rPr>
          <w:lang w:val="sk-SK"/>
        </w:rPr>
      </w:pPr>
      <w:r w:rsidRPr="00D467A8">
        <w:rPr>
          <w:b/>
          <w:lang w:val="sk-SK"/>
        </w:rPr>
        <w:t xml:space="preserve">Žiadam o:  </w:t>
      </w:r>
      <w:sdt>
        <w:sdtPr>
          <w:rPr>
            <w:rFonts w:cs="Arial"/>
            <w:color w:val="000000"/>
            <w:sz w:val="22"/>
            <w:lang w:eastAsia="sk-SK"/>
          </w:rPr>
          <w:id w:val="-10131438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14927">
            <w:rPr>
              <w:rFonts w:ascii="MS Gothic" w:eastAsia="MS Gothic" w:hAnsi="MS Gothic" w:cs="Arial" w:hint="eastAsia"/>
              <w:color w:val="000000"/>
              <w:sz w:val="22"/>
              <w:lang w:eastAsia="sk-SK"/>
            </w:rPr>
            <w:t>☐</w:t>
          </w:r>
        </w:sdtContent>
      </w:sdt>
      <w:r w:rsidRPr="00D467A8">
        <w:rPr>
          <w:b/>
          <w:lang w:val="sk-SK"/>
        </w:rPr>
        <w:t xml:space="preserve"> prevod vlastníctva (odkúpenie)   </w:t>
      </w:r>
      <w:sdt>
        <w:sdtPr>
          <w:rPr>
            <w:rFonts w:cs="Arial"/>
            <w:color w:val="000000"/>
            <w:sz w:val="22"/>
            <w:lang w:eastAsia="sk-SK"/>
          </w:rPr>
          <w:id w:val="4775104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14927">
            <w:rPr>
              <w:rFonts w:ascii="MS Gothic" w:eastAsia="MS Gothic" w:hAnsi="MS Gothic" w:cs="Arial" w:hint="eastAsia"/>
              <w:color w:val="000000"/>
              <w:sz w:val="22"/>
              <w:lang w:eastAsia="sk-SK"/>
            </w:rPr>
            <w:t>☐</w:t>
          </w:r>
        </w:sdtContent>
      </w:sdt>
      <w:r w:rsidR="00A14927" w:rsidRPr="00A44293">
        <w:rPr>
          <w:rFonts w:cs="Arial"/>
          <w:color w:val="000000"/>
          <w:sz w:val="22"/>
          <w:lang w:eastAsia="sk-SK"/>
        </w:rPr>
        <w:t xml:space="preserve"> </w:t>
      </w:r>
      <w:r w:rsidRPr="00D467A8">
        <w:rPr>
          <w:b/>
          <w:lang w:val="sk-SK"/>
        </w:rPr>
        <w:t>nájom</w:t>
      </w:r>
    </w:p>
    <w:p w14:paraId="461A37CC" w14:textId="77777777" w:rsidR="00FE439D" w:rsidRPr="00D467A8" w:rsidRDefault="00F151F8">
      <w:pPr>
        <w:rPr>
          <w:lang w:val="sk-SK"/>
        </w:rPr>
      </w:pPr>
      <w:r w:rsidRPr="00D467A8">
        <w:rPr>
          <w:lang w:val="sk-SK"/>
        </w:rPr>
        <w:t>Druh nehnuteľnosti / požadovaného pozemku:</w:t>
      </w:r>
    </w:p>
    <w:p w14:paraId="76DB588F" w14:textId="333099BB" w:rsidR="00FE439D" w:rsidRPr="00D467A8" w:rsidRDefault="00A14927">
      <w:pPr>
        <w:ind w:left="340"/>
        <w:rPr>
          <w:lang w:val="sk-SK"/>
        </w:rPr>
      </w:pPr>
      <w:sdt>
        <w:sdtPr>
          <w:rPr>
            <w:rFonts w:cs="Arial"/>
            <w:color w:val="000000"/>
            <w:sz w:val="22"/>
            <w:lang w:eastAsia="sk-SK"/>
          </w:rPr>
          <w:id w:val="-21386311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color w:val="000000"/>
              <w:sz w:val="22"/>
              <w:lang w:eastAsia="sk-SK"/>
            </w:rPr>
            <w:t>☐</w:t>
          </w:r>
        </w:sdtContent>
      </w:sdt>
      <w:r w:rsidR="00F151F8" w:rsidRPr="00D467A8">
        <w:rPr>
          <w:lang w:val="sk-SK"/>
        </w:rPr>
        <w:t xml:space="preserve"> pozemok pod stavbou</w:t>
      </w:r>
    </w:p>
    <w:p w14:paraId="57E162C7" w14:textId="1579D9BB" w:rsidR="00FE439D" w:rsidRPr="00D467A8" w:rsidRDefault="00A14927">
      <w:pPr>
        <w:ind w:left="340"/>
        <w:rPr>
          <w:lang w:val="sk-SK"/>
        </w:rPr>
      </w:pPr>
      <w:sdt>
        <w:sdtPr>
          <w:rPr>
            <w:rFonts w:cs="Arial"/>
            <w:color w:val="000000"/>
            <w:sz w:val="22"/>
            <w:lang w:eastAsia="sk-SK"/>
          </w:rPr>
          <w:id w:val="-14315025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color w:val="000000"/>
              <w:sz w:val="22"/>
              <w:lang w:eastAsia="sk-SK"/>
            </w:rPr>
            <w:t>☐</w:t>
          </w:r>
        </w:sdtContent>
      </w:sdt>
      <w:r w:rsidR="00F151F8" w:rsidRPr="00D467A8">
        <w:rPr>
          <w:lang w:val="sk-SK"/>
        </w:rPr>
        <w:t xml:space="preserve"> priľahlý pozemok ku stavbe</w:t>
      </w:r>
    </w:p>
    <w:p w14:paraId="7C975DCE" w14:textId="25FC8061" w:rsidR="00FE439D" w:rsidRPr="00D467A8" w:rsidRDefault="00A14927">
      <w:pPr>
        <w:ind w:left="340"/>
        <w:rPr>
          <w:lang w:val="sk-SK"/>
        </w:rPr>
      </w:pPr>
      <w:sdt>
        <w:sdtPr>
          <w:rPr>
            <w:rFonts w:cs="Arial"/>
            <w:color w:val="000000"/>
            <w:sz w:val="22"/>
            <w:lang w:eastAsia="sk-SK"/>
          </w:rPr>
          <w:id w:val="12627952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color w:val="000000"/>
              <w:sz w:val="22"/>
              <w:lang w:eastAsia="sk-SK"/>
            </w:rPr>
            <w:t>☐</w:t>
          </w:r>
        </w:sdtContent>
      </w:sdt>
      <w:r w:rsidR="00F151F8" w:rsidRPr="00D467A8">
        <w:rPr>
          <w:lang w:val="sk-SK"/>
        </w:rPr>
        <w:t xml:space="preserve"> voľný pozemok</w:t>
      </w:r>
    </w:p>
    <w:p w14:paraId="55F6AF28" w14:textId="5A5AE74C" w:rsidR="00FE439D" w:rsidRPr="00D467A8" w:rsidRDefault="00A14927">
      <w:pPr>
        <w:ind w:left="340"/>
        <w:rPr>
          <w:lang w:val="sk-SK"/>
        </w:rPr>
      </w:pPr>
      <w:sdt>
        <w:sdtPr>
          <w:rPr>
            <w:rFonts w:cs="Arial"/>
            <w:color w:val="000000"/>
            <w:sz w:val="22"/>
            <w:lang w:eastAsia="sk-SK"/>
          </w:rPr>
          <w:id w:val="-6264728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color w:val="000000"/>
              <w:sz w:val="22"/>
              <w:lang w:eastAsia="sk-SK"/>
            </w:rPr>
            <w:t>☐</w:t>
          </w:r>
        </w:sdtContent>
      </w:sdt>
      <w:r w:rsidR="00F151F8" w:rsidRPr="00D467A8">
        <w:rPr>
          <w:lang w:val="sk-SK"/>
        </w:rPr>
        <w:t xml:space="preserve"> stavba / nebytový priestor</w:t>
      </w:r>
    </w:p>
    <w:p w14:paraId="73AA6D2A" w14:textId="2943D388" w:rsidR="00FE439D" w:rsidRPr="00D467A8" w:rsidRDefault="00A14927">
      <w:pPr>
        <w:ind w:left="340"/>
        <w:rPr>
          <w:lang w:val="sk-SK"/>
        </w:rPr>
      </w:pPr>
      <w:sdt>
        <w:sdtPr>
          <w:rPr>
            <w:rFonts w:cs="Arial"/>
            <w:color w:val="000000"/>
            <w:sz w:val="22"/>
            <w:lang w:eastAsia="sk-SK"/>
          </w:rPr>
          <w:id w:val="4106679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color w:val="000000"/>
              <w:sz w:val="22"/>
              <w:lang w:eastAsia="sk-SK"/>
            </w:rPr>
            <w:t>☐</w:t>
          </w:r>
        </w:sdtContent>
      </w:sdt>
      <w:r w:rsidR="00F151F8" w:rsidRPr="00D467A8">
        <w:rPr>
          <w:lang w:val="sk-SK"/>
        </w:rPr>
        <w:t xml:space="preserve"> iné: ................................................................................................................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3402"/>
        <w:gridCol w:w="6520"/>
      </w:tblGrid>
      <w:tr w:rsidR="00FE439D" w:rsidRPr="00D467A8" w14:paraId="7EDDD123" w14:textId="77777777">
        <w:trPr>
          <w:jc w:val="center"/>
        </w:trPr>
        <w:tc>
          <w:tcPr>
            <w:tcW w:w="3402" w:type="dxa"/>
            <w:shd w:val="clear" w:color="auto" w:fill="E7EE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2AEA14" w14:textId="77777777" w:rsidR="00FE439D" w:rsidRPr="00D467A8" w:rsidRDefault="00F151F8">
            <w:pPr>
              <w:rPr>
                <w:lang w:val="sk-SK"/>
              </w:rPr>
            </w:pPr>
            <w:r w:rsidRPr="00D467A8">
              <w:rPr>
                <w:b/>
                <w:lang w:val="sk-SK"/>
              </w:rPr>
              <w:t>Katastrálne územie</w:t>
            </w:r>
          </w:p>
        </w:tc>
        <w:tc>
          <w:tcPr>
            <w:tcW w:w="6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62EAFD" w14:textId="77777777" w:rsidR="00FE439D" w:rsidRPr="00D467A8" w:rsidRDefault="00F151F8">
            <w:pPr>
              <w:rPr>
                <w:lang w:val="sk-SK"/>
              </w:rPr>
            </w:pPr>
            <w:r w:rsidRPr="00D467A8">
              <w:rPr>
                <w:lang w:val="sk-SK"/>
              </w:rPr>
              <w:t>Bratislava-Lamač</w:t>
            </w:r>
          </w:p>
        </w:tc>
      </w:tr>
      <w:tr w:rsidR="00FE439D" w:rsidRPr="00D467A8" w14:paraId="059576EA" w14:textId="77777777">
        <w:trPr>
          <w:jc w:val="center"/>
        </w:trPr>
        <w:tc>
          <w:tcPr>
            <w:tcW w:w="3402" w:type="dxa"/>
            <w:shd w:val="clear" w:color="auto" w:fill="E7EE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AD14C4" w14:textId="77777777" w:rsidR="00FE439D" w:rsidRPr="00D467A8" w:rsidRDefault="00F151F8">
            <w:pPr>
              <w:rPr>
                <w:lang w:val="sk-SK"/>
              </w:rPr>
            </w:pPr>
            <w:r w:rsidRPr="00D467A8">
              <w:rPr>
                <w:b/>
                <w:lang w:val="sk-SK"/>
              </w:rPr>
              <w:t>Parcelné číslo / čísla</w:t>
            </w:r>
          </w:p>
        </w:tc>
        <w:tc>
          <w:tcPr>
            <w:tcW w:w="6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027027" w14:textId="77777777" w:rsidR="00FE439D" w:rsidRPr="00D467A8" w:rsidRDefault="00FE439D">
            <w:pPr>
              <w:rPr>
                <w:lang w:val="sk-SK"/>
              </w:rPr>
            </w:pPr>
          </w:p>
        </w:tc>
      </w:tr>
      <w:tr w:rsidR="00FE439D" w:rsidRPr="00D467A8" w14:paraId="7B07F1FD" w14:textId="77777777">
        <w:trPr>
          <w:jc w:val="center"/>
        </w:trPr>
        <w:tc>
          <w:tcPr>
            <w:tcW w:w="3402" w:type="dxa"/>
            <w:shd w:val="clear" w:color="auto" w:fill="E7EE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FFB477" w14:textId="77777777" w:rsidR="00FE439D" w:rsidRPr="00D467A8" w:rsidRDefault="00F151F8">
            <w:pPr>
              <w:rPr>
                <w:lang w:val="sk-SK"/>
              </w:rPr>
            </w:pPr>
            <w:r w:rsidRPr="00D467A8">
              <w:rPr>
                <w:b/>
                <w:lang w:val="sk-SK"/>
              </w:rPr>
              <w:t>Register parcely</w:t>
            </w:r>
          </w:p>
        </w:tc>
        <w:tc>
          <w:tcPr>
            <w:tcW w:w="6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BB21AE" w14:textId="78F0C60B" w:rsidR="00FE439D" w:rsidRPr="00D467A8" w:rsidRDefault="00A14927">
            <w:pPr>
              <w:rPr>
                <w:lang w:val="sk-SK"/>
              </w:rPr>
            </w:pPr>
            <w:sdt>
              <w:sdtPr>
                <w:rPr>
                  <w:rFonts w:cs="Arial"/>
                  <w:color w:val="000000"/>
                  <w:sz w:val="22"/>
                  <w:lang w:eastAsia="sk-SK"/>
                </w:rPr>
                <w:id w:val="1822919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2"/>
                    <w:lang w:eastAsia="sk-SK"/>
                  </w:rPr>
                  <w:t>☐</w:t>
                </w:r>
              </w:sdtContent>
            </w:sdt>
            <w:r w:rsidR="00F151F8" w:rsidRPr="00D467A8">
              <w:rPr>
                <w:lang w:val="sk-SK"/>
              </w:rPr>
              <w:t xml:space="preserve"> C-KN     </w:t>
            </w:r>
            <w:sdt>
              <w:sdtPr>
                <w:rPr>
                  <w:rFonts w:cs="Arial"/>
                  <w:color w:val="000000"/>
                  <w:sz w:val="22"/>
                  <w:lang w:eastAsia="sk-SK"/>
                </w:rPr>
                <w:id w:val="843055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2"/>
                    <w:lang w:eastAsia="sk-SK"/>
                  </w:rPr>
                  <w:t>☐</w:t>
                </w:r>
              </w:sdtContent>
            </w:sdt>
            <w:r w:rsidR="00F151F8" w:rsidRPr="00D467A8">
              <w:rPr>
                <w:lang w:val="sk-SK"/>
              </w:rPr>
              <w:t xml:space="preserve"> E-KN</w:t>
            </w:r>
          </w:p>
        </w:tc>
      </w:tr>
      <w:tr w:rsidR="00FE439D" w:rsidRPr="008474B5" w14:paraId="4E7F2B6C" w14:textId="77777777">
        <w:trPr>
          <w:jc w:val="center"/>
        </w:trPr>
        <w:tc>
          <w:tcPr>
            <w:tcW w:w="3402" w:type="dxa"/>
            <w:shd w:val="clear" w:color="auto" w:fill="E7EE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ADB78AF" w14:textId="77777777" w:rsidR="00FE439D" w:rsidRPr="00D467A8" w:rsidRDefault="00F151F8">
            <w:pPr>
              <w:rPr>
                <w:lang w:val="sk-SK"/>
              </w:rPr>
            </w:pPr>
            <w:r w:rsidRPr="00D467A8">
              <w:rPr>
                <w:b/>
                <w:lang w:val="sk-SK"/>
              </w:rPr>
              <w:lastRenderedPageBreak/>
              <w:t>Výmera parcely / požadovanej časti (m²)</w:t>
            </w:r>
          </w:p>
        </w:tc>
        <w:tc>
          <w:tcPr>
            <w:tcW w:w="6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98E026C" w14:textId="77777777" w:rsidR="00FE439D" w:rsidRDefault="00FE439D">
            <w:pPr>
              <w:rPr>
                <w:lang w:val="sk-SK"/>
              </w:rPr>
            </w:pPr>
          </w:p>
          <w:p w14:paraId="50B1C27E" w14:textId="77777777" w:rsidR="008474B5" w:rsidRPr="008474B5" w:rsidRDefault="008474B5" w:rsidP="008474B5">
            <w:pPr>
              <w:rPr>
                <w:lang w:val="sk-SK"/>
              </w:rPr>
            </w:pPr>
          </w:p>
        </w:tc>
      </w:tr>
      <w:tr w:rsidR="00FE439D" w:rsidRPr="00D467A8" w14:paraId="0C68542B" w14:textId="77777777">
        <w:trPr>
          <w:jc w:val="center"/>
        </w:trPr>
        <w:tc>
          <w:tcPr>
            <w:tcW w:w="3402" w:type="dxa"/>
            <w:shd w:val="clear" w:color="auto" w:fill="E7EE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FB1AB4B" w14:textId="77777777" w:rsidR="00FE439D" w:rsidRPr="00D467A8" w:rsidRDefault="00F151F8">
            <w:pPr>
              <w:rPr>
                <w:lang w:val="sk-SK"/>
              </w:rPr>
            </w:pPr>
            <w:r w:rsidRPr="00D467A8">
              <w:rPr>
                <w:b/>
                <w:lang w:val="sk-SK"/>
              </w:rPr>
              <w:t>List vlastníctva č.</w:t>
            </w:r>
          </w:p>
        </w:tc>
        <w:tc>
          <w:tcPr>
            <w:tcW w:w="6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054D03" w14:textId="77777777" w:rsidR="00FE439D" w:rsidRPr="00D467A8" w:rsidRDefault="00FE439D">
            <w:pPr>
              <w:rPr>
                <w:lang w:val="sk-SK"/>
              </w:rPr>
            </w:pPr>
          </w:p>
        </w:tc>
      </w:tr>
      <w:tr w:rsidR="00FE439D" w:rsidRPr="00D467A8" w14:paraId="48A60FC6" w14:textId="77777777">
        <w:trPr>
          <w:jc w:val="center"/>
        </w:trPr>
        <w:tc>
          <w:tcPr>
            <w:tcW w:w="3402" w:type="dxa"/>
            <w:shd w:val="clear" w:color="auto" w:fill="E7EE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971B490" w14:textId="77777777" w:rsidR="00FE439D" w:rsidRPr="00D467A8" w:rsidRDefault="00F151F8">
            <w:pPr>
              <w:rPr>
                <w:lang w:val="sk-SK"/>
              </w:rPr>
            </w:pPr>
            <w:r w:rsidRPr="00D467A8">
              <w:rPr>
                <w:b/>
                <w:lang w:val="sk-SK"/>
              </w:rPr>
              <w:t>Druh pozemku / stavby</w:t>
            </w:r>
          </w:p>
        </w:tc>
        <w:tc>
          <w:tcPr>
            <w:tcW w:w="6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28C1F8" w14:textId="77777777" w:rsidR="00FE439D" w:rsidRPr="00D467A8" w:rsidRDefault="00FE439D">
            <w:pPr>
              <w:rPr>
                <w:lang w:val="sk-SK"/>
              </w:rPr>
            </w:pPr>
          </w:p>
        </w:tc>
      </w:tr>
      <w:tr w:rsidR="00FE439D" w:rsidRPr="00D467A8" w14:paraId="70DFD9D5" w14:textId="77777777">
        <w:trPr>
          <w:jc w:val="center"/>
        </w:trPr>
        <w:tc>
          <w:tcPr>
            <w:tcW w:w="3402" w:type="dxa"/>
            <w:shd w:val="clear" w:color="auto" w:fill="E7EE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B8001D" w14:textId="77777777" w:rsidR="00FE439D" w:rsidRPr="00D467A8" w:rsidRDefault="00F151F8">
            <w:pPr>
              <w:rPr>
                <w:lang w:val="sk-SK"/>
              </w:rPr>
            </w:pPr>
            <w:r w:rsidRPr="00D467A8">
              <w:rPr>
                <w:b/>
                <w:lang w:val="sk-SK"/>
              </w:rPr>
              <w:t>Súpisné číslo stavby (ak relevantné)</w:t>
            </w:r>
          </w:p>
        </w:tc>
        <w:tc>
          <w:tcPr>
            <w:tcW w:w="6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E92291" w14:textId="77777777" w:rsidR="00FE439D" w:rsidRPr="00D467A8" w:rsidRDefault="00FE439D">
            <w:pPr>
              <w:rPr>
                <w:lang w:val="sk-SK"/>
              </w:rPr>
            </w:pPr>
          </w:p>
        </w:tc>
      </w:tr>
      <w:tr w:rsidR="00FE439D" w:rsidRPr="00D467A8" w14:paraId="356F4BF5" w14:textId="77777777">
        <w:trPr>
          <w:jc w:val="center"/>
        </w:trPr>
        <w:tc>
          <w:tcPr>
            <w:tcW w:w="3402" w:type="dxa"/>
            <w:shd w:val="clear" w:color="auto" w:fill="E7EE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B4B351" w14:textId="77777777" w:rsidR="00FE439D" w:rsidRPr="00D467A8" w:rsidRDefault="00F151F8">
            <w:pPr>
              <w:rPr>
                <w:lang w:val="sk-SK"/>
              </w:rPr>
            </w:pPr>
            <w:r w:rsidRPr="00D467A8">
              <w:rPr>
                <w:b/>
                <w:lang w:val="sk-SK"/>
              </w:rPr>
              <w:t>Geometrický plán č. a dátum (ak relevantné)</w:t>
            </w:r>
          </w:p>
        </w:tc>
        <w:tc>
          <w:tcPr>
            <w:tcW w:w="6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D501CD7" w14:textId="77777777" w:rsidR="00FE439D" w:rsidRPr="00D467A8" w:rsidRDefault="00FE439D">
            <w:pPr>
              <w:rPr>
                <w:lang w:val="sk-SK"/>
              </w:rPr>
            </w:pPr>
          </w:p>
        </w:tc>
      </w:tr>
    </w:tbl>
    <w:p w14:paraId="09C1C68E" w14:textId="77777777" w:rsidR="00FE439D" w:rsidRPr="00D467A8" w:rsidRDefault="00F151F8">
      <w:pPr>
        <w:pStyle w:val="Nadpis1"/>
        <w:rPr>
          <w:lang w:val="sk-SK"/>
        </w:rPr>
      </w:pPr>
      <w:r w:rsidRPr="00D467A8">
        <w:rPr>
          <w:lang w:val="sk-SK"/>
        </w:rPr>
        <w:t>3. Účel a odôvodnenie žiadosti</w:t>
      </w:r>
    </w:p>
    <w:p w14:paraId="69EAF32D" w14:textId="77777777" w:rsidR="00FE439D" w:rsidRPr="00D467A8" w:rsidRDefault="00F151F8">
      <w:pPr>
        <w:rPr>
          <w:lang w:val="sk-SK"/>
        </w:rPr>
      </w:pPr>
      <w:r w:rsidRPr="00D467A8">
        <w:rPr>
          <w:lang w:val="sk-SK"/>
        </w:rPr>
        <w:t>Stručne a konkrétne uveďte účel prevodu alebo nájmu, spôsob budúceho využitia nehnuteľnosti a dôvody, pre ktoré o majetok žiadate (napr. majetkovoprávne usporiadanie, prístup, užívanie pozemku pri stavbe, investičný alebo podnikateľský zámer).</w:t>
      </w:r>
    </w:p>
    <w:p w14:paraId="757FEB06" w14:textId="77777777" w:rsidR="00FE439D" w:rsidRPr="00D467A8" w:rsidRDefault="00F151F8">
      <w:pPr>
        <w:rPr>
          <w:lang w:val="sk-SK"/>
        </w:rPr>
      </w:pPr>
      <w:r w:rsidRPr="00D467A8">
        <w:rPr>
          <w:lang w:val="sk-SK"/>
        </w:rPr>
        <w:t>........................................................................................................................................................................</w:t>
      </w:r>
    </w:p>
    <w:p w14:paraId="476831AD" w14:textId="77777777" w:rsidR="00FE439D" w:rsidRPr="00D467A8" w:rsidRDefault="00F151F8">
      <w:pPr>
        <w:rPr>
          <w:lang w:val="sk-SK"/>
        </w:rPr>
      </w:pPr>
      <w:r w:rsidRPr="00D467A8">
        <w:rPr>
          <w:lang w:val="sk-SK"/>
        </w:rPr>
        <w:t>........................................................................................................................................................................</w:t>
      </w:r>
    </w:p>
    <w:p w14:paraId="0346944A" w14:textId="77777777" w:rsidR="00FE439D" w:rsidRPr="00D467A8" w:rsidRDefault="00F151F8">
      <w:pPr>
        <w:rPr>
          <w:lang w:val="sk-SK"/>
        </w:rPr>
      </w:pPr>
      <w:r w:rsidRPr="00D467A8">
        <w:rPr>
          <w:lang w:val="sk-SK"/>
        </w:rPr>
        <w:t>........................................................................................................................................................................</w:t>
      </w:r>
    </w:p>
    <w:p w14:paraId="45B39793" w14:textId="77777777" w:rsidR="00FE439D" w:rsidRPr="00D467A8" w:rsidRDefault="00F151F8">
      <w:pPr>
        <w:rPr>
          <w:lang w:val="sk-SK"/>
        </w:rPr>
      </w:pPr>
      <w:r w:rsidRPr="00D467A8">
        <w:rPr>
          <w:lang w:val="sk-SK"/>
        </w:rPr>
        <w:t>........................................................................................................................................................................</w:t>
      </w:r>
    </w:p>
    <w:p w14:paraId="15CAC131" w14:textId="77777777" w:rsidR="00FE439D" w:rsidRPr="00D467A8" w:rsidRDefault="00F151F8">
      <w:pPr>
        <w:rPr>
          <w:lang w:val="sk-SK"/>
        </w:rPr>
      </w:pPr>
      <w:r w:rsidRPr="00D467A8">
        <w:rPr>
          <w:lang w:val="sk-SK"/>
        </w:rPr>
        <w:t>........................................................................................................................................................................</w:t>
      </w:r>
    </w:p>
    <w:p w14:paraId="1E6236AA" w14:textId="77777777" w:rsidR="00FE439D" w:rsidRPr="00D467A8" w:rsidRDefault="00F151F8">
      <w:pPr>
        <w:pStyle w:val="Nadpis1"/>
        <w:rPr>
          <w:lang w:val="sk-SK"/>
        </w:rPr>
      </w:pPr>
      <w:r w:rsidRPr="00D467A8">
        <w:rPr>
          <w:lang w:val="sk-SK"/>
        </w:rPr>
        <w:t>4. Navrhované podmienky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3402"/>
        <w:gridCol w:w="6520"/>
      </w:tblGrid>
      <w:tr w:rsidR="00FE439D" w:rsidRPr="008474B5" w14:paraId="1D50A3EC" w14:textId="77777777">
        <w:trPr>
          <w:jc w:val="center"/>
        </w:trPr>
        <w:tc>
          <w:tcPr>
            <w:tcW w:w="3402" w:type="dxa"/>
            <w:shd w:val="clear" w:color="auto" w:fill="E7EE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D7E4A3" w14:textId="77777777" w:rsidR="00FE439D" w:rsidRPr="00D467A8" w:rsidRDefault="00F151F8">
            <w:pPr>
              <w:rPr>
                <w:lang w:val="sk-SK"/>
              </w:rPr>
            </w:pPr>
            <w:r w:rsidRPr="00D467A8">
              <w:rPr>
                <w:b/>
                <w:lang w:val="sk-SK"/>
              </w:rPr>
              <w:t>Navrhovaná kúpna cena (pri prevode)</w:t>
            </w:r>
          </w:p>
        </w:tc>
        <w:tc>
          <w:tcPr>
            <w:tcW w:w="6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6B02A0" w14:textId="77777777" w:rsidR="00FE439D" w:rsidRPr="00D467A8" w:rsidRDefault="00FE439D">
            <w:pPr>
              <w:rPr>
                <w:lang w:val="sk-SK"/>
              </w:rPr>
            </w:pPr>
          </w:p>
        </w:tc>
      </w:tr>
      <w:tr w:rsidR="00FE439D" w:rsidRPr="00D467A8" w14:paraId="3495C4D6" w14:textId="77777777">
        <w:trPr>
          <w:jc w:val="center"/>
        </w:trPr>
        <w:tc>
          <w:tcPr>
            <w:tcW w:w="3402" w:type="dxa"/>
            <w:shd w:val="clear" w:color="auto" w:fill="E7EE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9AD4883" w14:textId="77777777" w:rsidR="00FE439D" w:rsidRPr="00D467A8" w:rsidRDefault="00F151F8">
            <w:pPr>
              <w:rPr>
                <w:lang w:val="sk-SK"/>
              </w:rPr>
            </w:pPr>
            <w:r w:rsidRPr="00D467A8">
              <w:rPr>
                <w:b/>
                <w:lang w:val="sk-SK"/>
              </w:rPr>
              <w:t>Navrhované nájomné (pri nájme)</w:t>
            </w:r>
          </w:p>
        </w:tc>
        <w:tc>
          <w:tcPr>
            <w:tcW w:w="6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C390C6" w14:textId="77777777" w:rsidR="00FE439D" w:rsidRPr="00D467A8" w:rsidRDefault="00FE439D">
            <w:pPr>
              <w:rPr>
                <w:lang w:val="sk-SK"/>
              </w:rPr>
            </w:pPr>
          </w:p>
        </w:tc>
      </w:tr>
      <w:tr w:rsidR="00FE439D" w:rsidRPr="00D467A8" w14:paraId="701C82B2" w14:textId="77777777">
        <w:trPr>
          <w:jc w:val="center"/>
        </w:trPr>
        <w:tc>
          <w:tcPr>
            <w:tcW w:w="3402" w:type="dxa"/>
            <w:shd w:val="clear" w:color="auto" w:fill="E7EE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AD1577" w14:textId="77777777" w:rsidR="00FE439D" w:rsidRPr="00D467A8" w:rsidRDefault="00F151F8">
            <w:pPr>
              <w:rPr>
                <w:lang w:val="sk-SK"/>
              </w:rPr>
            </w:pPr>
            <w:r w:rsidRPr="00D467A8">
              <w:rPr>
                <w:b/>
                <w:lang w:val="sk-SK"/>
              </w:rPr>
              <w:t>Navrhovaná doba nájmu</w:t>
            </w:r>
          </w:p>
        </w:tc>
        <w:tc>
          <w:tcPr>
            <w:tcW w:w="6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1D5A43" w14:textId="152E8293" w:rsidR="00FE439D" w:rsidRPr="00D467A8" w:rsidRDefault="00A14927">
            <w:pPr>
              <w:rPr>
                <w:lang w:val="sk-SK"/>
              </w:rPr>
            </w:pPr>
            <w:sdt>
              <w:sdtPr>
                <w:rPr>
                  <w:rFonts w:cs="Arial"/>
                  <w:color w:val="000000"/>
                  <w:sz w:val="22"/>
                  <w:lang w:eastAsia="sk-SK"/>
                </w:rPr>
                <w:id w:val="334970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2"/>
                    <w:lang w:eastAsia="sk-SK"/>
                  </w:rPr>
                  <w:t>☐</w:t>
                </w:r>
              </w:sdtContent>
            </w:sdt>
            <w:r w:rsidR="00F151F8" w:rsidRPr="00D467A8">
              <w:rPr>
                <w:lang w:val="sk-SK"/>
              </w:rPr>
              <w:t xml:space="preserve"> určitá do: ...............................     </w:t>
            </w:r>
            <w:sdt>
              <w:sdtPr>
                <w:rPr>
                  <w:rFonts w:cs="Arial"/>
                  <w:color w:val="000000"/>
                  <w:sz w:val="22"/>
                  <w:lang w:eastAsia="sk-SK"/>
                </w:rPr>
                <w:id w:val="-1113505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2"/>
                    <w:lang w:eastAsia="sk-SK"/>
                  </w:rPr>
                  <w:t>☐</w:t>
                </w:r>
              </w:sdtContent>
            </w:sdt>
            <w:r w:rsidR="00F151F8" w:rsidRPr="00D467A8">
              <w:rPr>
                <w:lang w:val="sk-SK"/>
              </w:rPr>
              <w:t xml:space="preserve"> neurčitá</w:t>
            </w:r>
          </w:p>
        </w:tc>
      </w:tr>
      <w:tr w:rsidR="00FE439D" w:rsidRPr="00D467A8" w14:paraId="727E6585" w14:textId="77777777">
        <w:trPr>
          <w:jc w:val="center"/>
        </w:trPr>
        <w:tc>
          <w:tcPr>
            <w:tcW w:w="3402" w:type="dxa"/>
            <w:shd w:val="clear" w:color="auto" w:fill="E7EE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0CED603" w14:textId="77777777" w:rsidR="00FE439D" w:rsidRPr="00D467A8" w:rsidRDefault="00F151F8">
            <w:pPr>
              <w:rPr>
                <w:lang w:val="sk-SK"/>
              </w:rPr>
            </w:pPr>
            <w:r w:rsidRPr="00D467A8">
              <w:rPr>
                <w:b/>
                <w:lang w:val="sk-SK"/>
              </w:rPr>
              <w:t>Požadovaný začiatok nájmu</w:t>
            </w:r>
          </w:p>
        </w:tc>
        <w:tc>
          <w:tcPr>
            <w:tcW w:w="6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F4E191" w14:textId="77777777" w:rsidR="00FE439D" w:rsidRPr="00D467A8" w:rsidRDefault="00FE439D">
            <w:pPr>
              <w:rPr>
                <w:lang w:val="sk-SK"/>
              </w:rPr>
            </w:pPr>
          </w:p>
        </w:tc>
      </w:tr>
    </w:tbl>
    <w:p w14:paraId="76098418" w14:textId="77777777" w:rsidR="00FE439D" w:rsidRPr="00D467A8" w:rsidRDefault="00F151F8">
      <w:pPr>
        <w:pStyle w:val="Nadpis1"/>
        <w:rPr>
          <w:lang w:val="sk-SK"/>
        </w:rPr>
      </w:pPr>
      <w:r w:rsidRPr="00D467A8">
        <w:rPr>
          <w:lang w:val="sk-SK"/>
        </w:rPr>
        <w:t>5. Doplňujúce údaje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3402"/>
        <w:gridCol w:w="6520"/>
      </w:tblGrid>
      <w:tr w:rsidR="00FE439D" w:rsidRPr="008474B5" w14:paraId="16CAE0C0" w14:textId="77777777">
        <w:trPr>
          <w:jc w:val="center"/>
        </w:trPr>
        <w:tc>
          <w:tcPr>
            <w:tcW w:w="3402" w:type="dxa"/>
            <w:shd w:val="clear" w:color="auto" w:fill="E7EE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1D7265" w14:textId="77777777" w:rsidR="00FE439D" w:rsidRPr="00D467A8" w:rsidRDefault="00F151F8">
            <w:pPr>
              <w:rPr>
                <w:lang w:val="sk-SK"/>
              </w:rPr>
            </w:pPr>
            <w:r w:rsidRPr="00D467A8">
              <w:rPr>
                <w:b/>
                <w:lang w:val="sk-SK"/>
              </w:rPr>
              <w:t>Je žiadateľ vlastníkom susednej nehnuteľnosti?</w:t>
            </w:r>
          </w:p>
        </w:tc>
        <w:tc>
          <w:tcPr>
            <w:tcW w:w="6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BA7944" w14:textId="55B5234B" w:rsidR="00FE439D" w:rsidRPr="00D467A8" w:rsidRDefault="00A14927">
            <w:pPr>
              <w:rPr>
                <w:lang w:val="sk-SK"/>
              </w:rPr>
            </w:pPr>
            <w:sdt>
              <w:sdtPr>
                <w:rPr>
                  <w:rFonts w:cs="Arial"/>
                  <w:color w:val="000000"/>
                  <w:sz w:val="22"/>
                  <w:lang w:eastAsia="sk-SK"/>
                </w:rPr>
                <w:id w:val="400489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2"/>
                    <w:lang w:eastAsia="sk-SK"/>
                  </w:rPr>
                  <w:t>☐</w:t>
                </w:r>
              </w:sdtContent>
            </w:sdt>
            <w:r w:rsidR="00F151F8" w:rsidRPr="00D467A8">
              <w:rPr>
                <w:lang w:val="sk-SK"/>
              </w:rPr>
              <w:t xml:space="preserve"> áno     </w:t>
            </w:r>
            <w:sdt>
              <w:sdtPr>
                <w:rPr>
                  <w:rFonts w:cs="Arial"/>
                  <w:color w:val="000000"/>
                  <w:sz w:val="22"/>
                  <w:lang w:eastAsia="sk-SK"/>
                </w:rPr>
                <w:id w:val="936337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2"/>
                    <w:lang w:eastAsia="sk-SK"/>
                  </w:rPr>
                  <w:t>☐</w:t>
                </w:r>
              </w:sdtContent>
            </w:sdt>
            <w:r w:rsidR="00F151F8" w:rsidRPr="00D467A8">
              <w:rPr>
                <w:lang w:val="sk-SK"/>
              </w:rPr>
              <w:t xml:space="preserve"> nie   Ak áno, LV č.: ........................</w:t>
            </w:r>
          </w:p>
        </w:tc>
      </w:tr>
      <w:tr w:rsidR="00FE439D" w:rsidRPr="00D467A8" w14:paraId="37D50DFB" w14:textId="77777777">
        <w:trPr>
          <w:jc w:val="center"/>
        </w:trPr>
        <w:tc>
          <w:tcPr>
            <w:tcW w:w="3402" w:type="dxa"/>
            <w:shd w:val="clear" w:color="auto" w:fill="E7EE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01CDE53" w14:textId="77777777" w:rsidR="00FE439D" w:rsidRPr="00D467A8" w:rsidRDefault="00F151F8">
            <w:pPr>
              <w:rPr>
                <w:lang w:val="sk-SK"/>
              </w:rPr>
            </w:pPr>
            <w:r w:rsidRPr="00D467A8">
              <w:rPr>
                <w:b/>
                <w:lang w:val="sk-SK"/>
              </w:rPr>
              <w:t>Je predmet žiadosti užívaný žiadateľom?</w:t>
            </w:r>
          </w:p>
        </w:tc>
        <w:tc>
          <w:tcPr>
            <w:tcW w:w="6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E89CEF2" w14:textId="00299CB9" w:rsidR="00FE439D" w:rsidRPr="00D467A8" w:rsidRDefault="00A14927">
            <w:pPr>
              <w:rPr>
                <w:lang w:val="sk-SK"/>
              </w:rPr>
            </w:pPr>
            <w:sdt>
              <w:sdtPr>
                <w:rPr>
                  <w:rFonts w:cs="Arial"/>
                  <w:color w:val="000000"/>
                  <w:sz w:val="22"/>
                  <w:lang w:eastAsia="sk-SK"/>
                </w:rPr>
                <w:id w:val="-677570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2"/>
                    <w:lang w:eastAsia="sk-SK"/>
                  </w:rPr>
                  <w:t>☐</w:t>
                </w:r>
              </w:sdtContent>
            </w:sdt>
            <w:r w:rsidR="00F151F8" w:rsidRPr="00D467A8">
              <w:rPr>
                <w:lang w:val="sk-SK"/>
              </w:rPr>
              <w:t xml:space="preserve"> áno    </w:t>
            </w:r>
            <w:sdt>
              <w:sdtPr>
                <w:rPr>
                  <w:rFonts w:cs="Arial"/>
                  <w:color w:val="000000"/>
                  <w:sz w:val="22"/>
                  <w:lang w:eastAsia="sk-SK"/>
                </w:rPr>
                <w:id w:val="-940527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2"/>
                    <w:lang w:eastAsia="sk-SK"/>
                  </w:rPr>
                  <w:t>☐</w:t>
                </w:r>
              </w:sdtContent>
            </w:sdt>
            <w:r w:rsidRPr="00A44293">
              <w:rPr>
                <w:rFonts w:cs="Arial"/>
                <w:color w:val="000000"/>
                <w:sz w:val="22"/>
                <w:lang w:eastAsia="sk-SK"/>
              </w:rPr>
              <w:t xml:space="preserve"> </w:t>
            </w:r>
            <w:r w:rsidR="00F151F8" w:rsidRPr="00D467A8">
              <w:rPr>
                <w:lang w:val="sk-SK"/>
              </w:rPr>
              <w:t>nie</w:t>
            </w:r>
          </w:p>
        </w:tc>
      </w:tr>
      <w:tr w:rsidR="00FE439D" w:rsidRPr="00D467A8" w14:paraId="6543423C" w14:textId="77777777">
        <w:trPr>
          <w:jc w:val="center"/>
        </w:trPr>
        <w:tc>
          <w:tcPr>
            <w:tcW w:w="3402" w:type="dxa"/>
            <w:shd w:val="clear" w:color="auto" w:fill="E7EE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38625FC" w14:textId="77777777" w:rsidR="00FE439D" w:rsidRPr="00D467A8" w:rsidRDefault="00F151F8">
            <w:pPr>
              <w:rPr>
                <w:lang w:val="sk-SK"/>
              </w:rPr>
            </w:pPr>
            <w:r w:rsidRPr="00D467A8">
              <w:rPr>
                <w:b/>
                <w:lang w:val="sk-SK"/>
              </w:rPr>
              <w:t>Existuje k predmetu žiadosti stavba / oplotenie / iné zariadenie žiadateľa?</w:t>
            </w:r>
          </w:p>
        </w:tc>
        <w:tc>
          <w:tcPr>
            <w:tcW w:w="6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6BF92E" w14:textId="4D09BACE" w:rsidR="00FE439D" w:rsidRPr="00D467A8" w:rsidRDefault="00A14927">
            <w:pPr>
              <w:rPr>
                <w:lang w:val="sk-SK"/>
              </w:rPr>
            </w:pPr>
            <w:sdt>
              <w:sdtPr>
                <w:rPr>
                  <w:rFonts w:cs="Arial"/>
                  <w:color w:val="000000"/>
                  <w:sz w:val="22"/>
                  <w:lang w:eastAsia="sk-SK"/>
                </w:rPr>
                <w:id w:val="1183699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2"/>
                    <w:lang w:eastAsia="sk-SK"/>
                  </w:rPr>
                  <w:t>☐</w:t>
                </w:r>
              </w:sdtContent>
            </w:sdt>
            <w:r w:rsidR="00F151F8" w:rsidRPr="00D467A8">
              <w:rPr>
                <w:lang w:val="sk-SK"/>
              </w:rPr>
              <w:t xml:space="preserve"> áno     </w:t>
            </w:r>
            <w:sdt>
              <w:sdtPr>
                <w:rPr>
                  <w:rFonts w:cs="Arial"/>
                  <w:color w:val="000000"/>
                  <w:sz w:val="22"/>
                  <w:lang w:eastAsia="sk-SK"/>
                </w:rPr>
                <w:id w:val="-129323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2"/>
                    <w:lang w:eastAsia="sk-SK"/>
                  </w:rPr>
                  <w:t>☐</w:t>
                </w:r>
              </w:sdtContent>
            </w:sdt>
            <w:r w:rsidR="00F151F8" w:rsidRPr="00D467A8">
              <w:rPr>
                <w:lang w:val="sk-SK"/>
              </w:rPr>
              <w:t xml:space="preserve"> nie</w:t>
            </w:r>
          </w:p>
        </w:tc>
      </w:tr>
      <w:tr w:rsidR="00FE439D" w:rsidRPr="00D467A8" w14:paraId="7067CD18" w14:textId="77777777">
        <w:trPr>
          <w:jc w:val="center"/>
        </w:trPr>
        <w:tc>
          <w:tcPr>
            <w:tcW w:w="3402" w:type="dxa"/>
            <w:shd w:val="clear" w:color="auto" w:fill="E7EE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50E08C" w14:textId="77777777" w:rsidR="00FE439D" w:rsidRPr="00D467A8" w:rsidRDefault="00F151F8">
            <w:pPr>
              <w:rPr>
                <w:lang w:val="sk-SK"/>
              </w:rPr>
            </w:pPr>
            <w:r w:rsidRPr="00D467A8">
              <w:rPr>
                <w:b/>
                <w:lang w:val="sk-SK"/>
              </w:rPr>
              <w:t>Zastupuje žiadateľa splnomocnenec?</w:t>
            </w:r>
          </w:p>
        </w:tc>
        <w:tc>
          <w:tcPr>
            <w:tcW w:w="6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9C33227" w14:textId="2FC6EF9E" w:rsidR="00FE439D" w:rsidRPr="00D467A8" w:rsidRDefault="00A14927">
            <w:pPr>
              <w:rPr>
                <w:lang w:val="sk-SK"/>
              </w:rPr>
            </w:pPr>
            <w:sdt>
              <w:sdtPr>
                <w:rPr>
                  <w:rFonts w:cs="Arial"/>
                  <w:color w:val="000000"/>
                  <w:sz w:val="22"/>
                  <w:lang w:eastAsia="sk-SK"/>
                </w:rPr>
                <w:id w:val="149721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2"/>
                    <w:lang w:eastAsia="sk-SK"/>
                  </w:rPr>
                  <w:t>☐</w:t>
                </w:r>
              </w:sdtContent>
            </w:sdt>
            <w:r w:rsidR="00F151F8" w:rsidRPr="00D467A8">
              <w:rPr>
                <w:lang w:val="sk-SK"/>
              </w:rPr>
              <w:t xml:space="preserve"> áno     </w:t>
            </w:r>
            <w:sdt>
              <w:sdtPr>
                <w:rPr>
                  <w:rFonts w:cs="Arial"/>
                  <w:color w:val="000000"/>
                  <w:sz w:val="22"/>
                  <w:lang w:eastAsia="sk-SK"/>
                </w:rPr>
                <w:id w:val="1634827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2"/>
                    <w:lang w:eastAsia="sk-SK"/>
                  </w:rPr>
                  <w:t>☐</w:t>
                </w:r>
              </w:sdtContent>
            </w:sdt>
            <w:r w:rsidR="00F151F8" w:rsidRPr="00D467A8">
              <w:rPr>
                <w:lang w:val="sk-SK"/>
              </w:rPr>
              <w:t xml:space="preserve"> nie</w:t>
            </w:r>
          </w:p>
        </w:tc>
      </w:tr>
    </w:tbl>
    <w:p w14:paraId="59340422" w14:textId="77777777" w:rsidR="00FE439D" w:rsidRPr="00D467A8" w:rsidRDefault="00F151F8">
      <w:pPr>
        <w:rPr>
          <w:lang w:val="sk-SK"/>
        </w:rPr>
      </w:pPr>
      <w:r w:rsidRPr="00D467A8">
        <w:rPr>
          <w:lang w:val="sk-SK"/>
        </w:rPr>
        <w:br w:type="page"/>
      </w:r>
    </w:p>
    <w:p w14:paraId="3B8F7447" w14:textId="77777777" w:rsidR="00FE439D" w:rsidRPr="00D467A8" w:rsidRDefault="00F151F8">
      <w:pPr>
        <w:pStyle w:val="Nadpis1"/>
        <w:rPr>
          <w:lang w:val="sk-SK"/>
        </w:rPr>
      </w:pPr>
      <w:r w:rsidRPr="00D467A8">
        <w:rPr>
          <w:lang w:val="sk-SK"/>
        </w:rPr>
        <w:lastRenderedPageBreak/>
        <w:t>6. Vyhlásenia žiadateľa</w:t>
      </w:r>
    </w:p>
    <w:p w14:paraId="096C9F2A" w14:textId="1C4B8B60" w:rsidR="00FE439D" w:rsidRPr="00D467A8" w:rsidRDefault="00A14927" w:rsidP="00D467A8">
      <w:pPr>
        <w:ind w:left="567" w:hanging="283"/>
        <w:rPr>
          <w:lang w:val="sk-SK"/>
        </w:rPr>
      </w:pPr>
      <w:sdt>
        <w:sdtPr>
          <w:rPr>
            <w:rFonts w:cs="Arial"/>
            <w:color w:val="000000"/>
            <w:sz w:val="22"/>
            <w:lang w:eastAsia="sk-SK"/>
          </w:rPr>
          <w:id w:val="-9237148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color w:val="000000"/>
              <w:sz w:val="22"/>
              <w:lang w:eastAsia="sk-SK"/>
            </w:rPr>
            <w:t>☐</w:t>
          </w:r>
        </w:sdtContent>
      </w:sdt>
      <w:r w:rsidR="00F151F8" w:rsidRPr="00D467A8">
        <w:rPr>
          <w:lang w:val="sk-SK"/>
        </w:rPr>
        <w:t xml:space="preserve"> </w:t>
      </w:r>
      <w:r w:rsidR="00D467A8">
        <w:rPr>
          <w:lang w:val="sk-SK"/>
        </w:rPr>
        <w:tab/>
      </w:r>
      <w:r w:rsidR="00F151F8" w:rsidRPr="00D467A8">
        <w:rPr>
          <w:lang w:val="sk-SK"/>
        </w:rPr>
        <w:t>Vyhlasujem, že údaje uvedené v tejto žiadosti a jej prílohách sú pravdivé, úplné a aktuálne.</w:t>
      </w:r>
    </w:p>
    <w:p w14:paraId="2722B9CB" w14:textId="22D5592A" w:rsidR="00FE439D" w:rsidRPr="00D467A8" w:rsidRDefault="00A14927" w:rsidP="00D467A8">
      <w:pPr>
        <w:ind w:left="567" w:hanging="283"/>
        <w:rPr>
          <w:lang w:val="sk-SK"/>
        </w:rPr>
      </w:pPr>
      <w:sdt>
        <w:sdtPr>
          <w:rPr>
            <w:rFonts w:cs="Arial"/>
            <w:color w:val="000000"/>
            <w:sz w:val="22"/>
            <w:lang w:eastAsia="sk-SK"/>
          </w:rPr>
          <w:id w:val="17709677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color w:val="000000"/>
              <w:sz w:val="22"/>
              <w:lang w:eastAsia="sk-SK"/>
            </w:rPr>
            <w:t>☐</w:t>
          </w:r>
        </w:sdtContent>
      </w:sdt>
      <w:r w:rsidR="00F151F8" w:rsidRPr="00D467A8">
        <w:rPr>
          <w:lang w:val="sk-SK"/>
        </w:rPr>
        <w:t xml:space="preserve"> </w:t>
      </w:r>
      <w:r w:rsidR="00D467A8">
        <w:rPr>
          <w:lang w:val="sk-SK"/>
        </w:rPr>
        <w:tab/>
      </w:r>
      <w:r w:rsidR="00F151F8" w:rsidRPr="00D467A8">
        <w:rPr>
          <w:lang w:val="sk-SK"/>
        </w:rPr>
        <w:t>Beriem na vedomie, že podaním žiadosti nevzniká právny nárok na prevod vlastníctva ani na uzatvorenie nájomnej zmluvy.</w:t>
      </w:r>
    </w:p>
    <w:p w14:paraId="6190AEDA" w14:textId="1566F684" w:rsidR="00FE439D" w:rsidRPr="00D467A8" w:rsidRDefault="00A14927" w:rsidP="00A14927">
      <w:pPr>
        <w:ind w:left="567" w:hanging="283"/>
        <w:rPr>
          <w:lang w:val="sk-SK"/>
        </w:rPr>
      </w:pPr>
      <w:sdt>
        <w:sdtPr>
          <w:rPr>
            <w:rFonts w:cs="Arial"/>
            <w:color w:val="000000"/>
            <w:sz w:val="22"/>
            <w:lang w:eastAsia="sk-SK"/>
          </w:rPr>
          <w:id w:val="-8198122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color w:val="000000"/>
              <w:sz w:val="22"/>
              <w:lang w:eastAsia="sk-SK"/>
            </w:rPr>
            <w:t>☐</w:t>
          </w:r>
        </w:sdtContent>
      </w:sdt>
      <w:r w:rsidR="00F151F8" w:rsidRPr="00D467A8">
        <w:rPr>
          <w:lang w:val="sk-SK"/>
        </w:rPr>
        <w:t xml:space="preserve"> </w:t>
      </w:r>
      <w:r w:rsidR="00D467A8">
        <w:rPr>
          <w:lang w:val="sk-SK"/>
        </w:rPr>
        <w:tab/>
      </w:r>
      <w:r w:rsidR="00F151F8" w:rsidRPr="00D467A8">
        <w:rPr>
          <w:lang w:val="sk-SK"/>
        </w:rPr>
        <w:t>Beriem na vedomie, že nakladanie s majetkom obce/mestskej časti podlieha príslušným právnym predpisom, Štatútu hlavného mesta SR Bratislavy a platným zásadám hospodárenia s majetkom.</w:t>
      </w:r>
    </w:p>
    <w:p w14:paraId="0690CFF1" w14:textId="3E1C3A5C" w:rsidR="00FE439D" w:rsidRPr="00D467A8" w:rsidRDefault="00A14927" w:rsidP="00D467A8">
      <w:pPr>
        <w:ind w:left="567" w:hanging="283"/>
        <w:rPr>
          <w:lang w:val="sk-SK"/>
        </w:rPr>
      </w:pPr>
      <w:sdt>
        <w:sdtPr>
          <w:rPr>
            <w:rFonts w:cs="Arial"/>
            <w:color w:val="000000"/>
            <w:sz w:val="22"/>
            <w:lang w:eastAsia="sk-SK"/>
          </w:rPr>
          <w:id w:val="1087086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color w:val="000000"/>
              <w:sz w:val="22"/>
              <w:lang w:eastAsia="sk-SK"/>
            </w:rPr>
            <w:t>☐</w:t>
          </w:r>
        </w:sdtContent>
      </w:sdt>
      <w:r w:rsidR="00F151F8" w:rsidRPr="00D467A8">
        <w:rPr>
          <w:lang w:val="sk-SK"/>
        </w:rPr>
        <w:t xml:space="preserve"> </w:t>
      </w:r>
      <w:r w:rsidR="00D467A8">
        <w:rPr>
          <w:lang w:val="sk-SK"/>
        </w:rPr>
        <w:tab/>
      </w:r>
      <w:r w:rsidR="00F151F8" w:rsidRPr="00D467A8">
        <w:rPr>
          <w:lang w:val="sk-SK"/>
        </w:rPr>
        <w:t>Čestne vyhlasujem, že ku dňu podania tejto žiadosti nemám voči Mestskej časti Bratislava-Lamač záväzky po lehote splatnosti, najmä na miestnych daniach, poplatkoch, nájomnom alebo iných platbách.</w:t>
      </w:r>
    </w:p>
    <w:p w14:paraId="7C8615DB" w14:textId="2EDDF7B2" w:rsidR="00FE439D" w:rsidRDefault="00FE439D">
      <w:pPr>
        <w:rPr>
          <w:lang w:val="sk-SK"/>
        </w:rPr>
      </w:pPr>
    </w:p>
    <w:p w14:paraId="602A0EBB" w14:textId="77777777" w:rsidR="00D467A8" w:rsidRPr="00D467A8" w:rsidRDefault="00D467A8">
      <w:pPr>
        <w:rPr>
          <w:lang w:val="sk-SK"/>
        </w:rPr>
      </w:pPr>
    </w:p>
    <w:p w14:paraId="3F017370" w14:textId="77777777" w:rsidR="00FE439D" w:rsidRPr="00D467A8" w:rsidRDefault="00F151F8">
      <w:pPr>
        <w:pStyle w:val="Nadpis1"/>
        <w:rPr>
          <w:lang w:val="sk-SK"/>
        </w:rPr>
      </w:pPr>
      <w:r w:rsidRPr="00D467A8">
        <w:rPr>
          <w:lang w:val="sk-SK"/>
        </w:rPr>
        <w:t>7. Prílohy k žiadosti</w:t>
      </w:r>
    </w:p>
    <w:p w14:paraId="35B65359" w14:textId="70C49CFF" w:rsidR="00FE439D" w:rsidRPr="00D467A8" w:rsidRDefault="00A14927" w:rsidP="00D467A8">
      <w:pPr>
        <w:ind w:left="567" w:hanging="283"/>
        <w:rPr>
          <w:lang w:val="sk-SK"/>
        </w:rPr>
      </w:pPr>
      <w:sdt>
        <w:sdtPr>
          <w:rPr>
            <w:rFonts w:cs="Arial"/>
            <w:color w:val="000000"/>
            <w:sz w:val="22"/>
            <w:lang w:eastAsia="sk-SK"/>
          </w:rPr>
          <w:id w:val="12294207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color w:val="000000"/>
              <w:sz w:val="22"/>
              <w:lang w:eastAsia="sk-SK"/>
            </w:rPr>
            <w:t>☐</w:t>
          </w:r>
        </w:sdtContent>
      </w:sdt>
      <w:r w:rsidR="00F151F8" w:rsidRPr="00D467A8">
        <w:rPr>
          <w:lang w:val="sk-SK"/>
        </w:rPr>
        <w:t xml:space="preserve"> </w:t>
      </w:r>
      <w:r w:rsidR="00D467A8">
        <w:rPr>
          <w:lang w:val="sk-SK"/>
        </w:rPr>
        <w:t xml:space="preserve"> </w:t>
      </w:r>
      <w:r w:rsidR="00F151F8" w:rsidRPr="00D467A8">
        <w:rPr>
          <w:lang w:val="sk-SK"/>
        </w:rPr>
        <w:t>snímka z katastrálnej mapy s vyznačením predmetu žiadosti alebo situačný náčrt</w:t>
      </w:r>
    </w:p>
    <w:p w14:paraId="2EA857FF" w14:textId="3E10CC6E" w:rsidR="00FE439D" w:rsidRPr="00D467A8" w:rsidRDefault="00A14927" w:rsidP="00D467A8">
      <w:pPr>
        <w:ind w:left="567" w:hanging="283"/>
        <w:rPr>
          <w:lang w:val="sk-SK"/>
        </w:rPr>
      </w:pPr>
      <w:sdt>
        <w:sdtPr>
          <w:rPr>
            <w:rFonts w:cs="Arial"/>
            <w:color w:val="000000"/>
            <w:sz w:val="22"/>
            <w:lang w:eastAsia="sk-SK"/>
          </w:rPr>
          <w:id w:val="-9102373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color w:val="000000"/>
              <w:sz w:val="22"/>
              <w:lang w:eastAsia="sk-SK"/>
            </w:rPr>
            <w:t>☐</w:t>
          </w:r>
        </w:sdtContent>
      </w:sdt>
      <w:r w:rsidR="00F151F8" w:rsidRPr="00D467A8">
        <w:rPr>
          <w:lang w:val="sk-SK"/>
        </w:rPr>
        <w:t xml:space="preserve"> </w:t>
      </w:r>
      <w:r w:rsidR="00D467A8">
        <w:rPr>
          <w:lang w:val="sk-SK"/>
        </w:rPr>
        <w:t xml:space="preserve"> </w:t>
      </w:r>
      <w:r w:rsidR="00F151F8" w:rsidRPr="00D467A8">
        <w:rPr>
          <w:lang w:val="sk-SK"/>
        </w:rPr>
        <w:t>geometrický plán, ak je potrebný na presné vymedzenie prevádzanej/prenajímanej časti pozemku</w:t>
      </w:r>
    </w:p>
    <w:p w14:paraId="63370737" w14:textId="22D79A39" w:rsidR="00FE439D" w:rsidRPr="00D467A8" w:rsidRDefault="00A14927" w:rsidP="00D467A8">
      <w:pPr>
        <w:ind w:left="567" w:hanging="283"/>
        <w:rPr>
          <w:lang w:val="sk-SK"/>
        </w:rPr>
      </w:pPr>
      <w:sdt>
        <w:sdtPr>
          <w:rPr>
            <w:rFonts w:cs="Arial"/>
            <w:color w:val="000000"/>
            <w:sz w:val="22"/>
            <w:lang w:eastAsia="sk-SK"/>
          </w:rPr>
          <w:id w:val="-15338790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color w:val="000000"/>
              <w:sz w:val="22"/>
              <w:lang w:eastAsia="sk-SK"/>
            </w:rPr>
            <w:t>☐</w:t>
          </w:r>
        </w:sdtContent>
      </w:sdt>
      <w:r w:rsidR="00F151F8" w:rsidRPr="00D467A8">
        <w:rPr>
          <w:lang w:val="sk-SK"/>
        </w:rPr>
        <w:t xml:space="preserve"> </w:t>
      </w:r>
      <w:r w:rsidR="00D467A8">
        <w:rPr>
          <w:lang w:val="sk-SK"/>
        </w:rPr>
        <w:t xml:space="preserve"> </w:t>
      </w:r>
      <w:r w:rsidR="00F151F8" w:rsidRPr="00D467A8">
        <w:rPr>
          <w:lang w:val="sk-SK"/>
        </w:rPr>
        <w:t>splnomocnenie, ak žiadateľa zastupuje iná osoba</w:t>
      </w:r>
    </w:p>
    <w:p w14:paraId="511CC1B0" w14:textId="7659EDD8" w:rsidR="00FE439D" w:rsidRPr="00D467A8" w:rsidRDefault="00A14927" w:rsidP="00D467A8">
      <w:pPr>
        <w:ind w:left="567" w:hanging="283"/>
        <w:rPr>
          <w:lang w:val="sk-SK"/>
        </w:rPr>
      </w:pPr>
      <w:sdt>
        <w:sdtPr>
          <w:rPr>
            <w:rFonts w:cs="Arial"/>
            <w:color w:val="000000"/>
            <w:sz w:val="22"/>
            <w:lang w:eastAsia="sk-SK"/>
          </w:rPr>
          <w:id w:val="11609657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color w:val="000000"/>
              <w:sz w:val="22"/>
              <w:lang w:eastAsia="sk-SK"/>
            </w:rPr>
            <w:t>☐</w:t>
          </w:r>
        </w:sdtContent>
      </w:sdt>
      <w:r w:rsidR="00F151F8" w:rsidRPr="00D467A8">
        <w:rPr>
          <w:lang w:val="sk-SK"/>
        </w:rPr>
        <w:t xml:space="preserve"> </w:t>
      </w:r>
      <w:r w:rsidR="00D467A8">
        <w:rPr>
          <w:lang w:val="sk-SK"/>
        </w:rPr>
        <w:t xml:space="preserve"> </w:t>
      </w:r>
      <w:r w:rsidR="00F151F8" w:rsidRPr="00D467A8">
        <w:rPr>
          <w:lang w:val="sk-SK"/>
        </w:rPr>
        <w:t>pri právnickej osobe doklad o oprávnení konať, ak ho nemožno overiť z verejného registra</w:t>
      </w:r>
    </w:p>
    <w:p w14:paraId="573F6EAD" w14:textId="405C8E92" w:rsidR="00FE439D" w:rsidRDefault="00A14927" w:rsidP="00D467A8">
      <w:pPr>
        <w:ind w:left="567" w:hanging="283"/>
        <w:rPr>
          <w:lang w:val="sk-SK"/>
        </w:rPr>
      </w:pPr>
      <w:sdt>
        <w:sdtPr>
          <w:rPr>
            <w:rFonts w:cs="Arial"/>
            <w:color w:val="000000"/>
            <w:sz w:val="22"/>
            <w:lang w:eastAsia="sk-SK"/>
          </w:rPr>
          <w:id w:val="20124853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color w:val="000000"/>
              <w:sz w:val="22"/>
              <w:lang w:eastAsia="sk-SK"/>
            </w:rPr>
            <w:t>☐</w:t>
          </w:r>
        </w:sdtContent>
      </w:sdt>
      <w:r w:rsidR="00F151F8" w:rsidRPr="00D467A8">
        <w:rPr>
          <w:lang w:val="sk-SK"/>
        </w:rPr>
        <w:t xml:space="preserve"> </w:t>
      </w:r>
      <w:r w:rsidR="00D467A8">
        <w:rPr>
          <w:lang w:val="sk-SK"/>
        </w:rPr>
        <w:t xml:space="preserve"> </w:t>
      </w:r>
      <w:r w:rsidR="00F151F8" w:rsidRPr="00D467A8">
        <w:rPr>
          <w:lang w:val="sk-SK"/>
        </w:rPr>
        <w:t>ďalšie podklady odôvodňujúce žiadosť (projekt, vizualizácia, stanovisko a pod.), ak sú relevantné</w:t>
      </w:r>
    </w:p>
    <w:p w14:paraId="0B332AB0" w14:textId="77777777" w:rsidR="00D467A8" w:rsidRPr="00D467A8" w:rsidRDefault="00D467A8">
      <w:pPr>
        <w:rPr>
          <w:lang w:val="sk-SK"/>
        </w:rPr>
      </w:pPr>
    </w:p>
    <w:p w14:paraId="3785D8B6" w14:textId="77777777" w:rsidR="00FE439D" w:rsidRPr="00D467A8" w:rsidRDefault="00F151F8">
      <w:pPr>
        <w:pStyle w:val="Nadpis1"/>
        <w:rPr>
          <w:lang w:val="sk-SK"/>
        </w:rPr>
      </w:pPr>
      <w:r w:rsidRPr="00D467A8">
        <w:rPr>
          <w:lang w:val="sk-SK"/>
        </w:rPr>
        <w:t>8. Ochrana osobných údajov</w:t>
      </w:r>
    </w:p>
    <w:p w14:paraId="24D78D3E" w14:textId="77777777" w:rsidR="00FE439D" w:rsidRPr="00D467A8" w:rsidRDefault="00F151F8" w:rsidP="00D467A8">
      <w:pPr>
        <w:jc w:val="both"/>
        <w:rPr>
          <w:lang w:val="sk-SK"/>
        </w:rPr>
      </w:pPr>
      <w:r w:rsidRPr="00D467A8">
        <w:rPr>
          <w:lang w:val="sk-SK"/>
        </w:rPr>
        <w:t>Osobné údaje uvedené v žiadosti bude Mestská časť Bratislava-Lamač spracúvať v rozsahu nevyhnutnom na vybavenie žiadosti a na plnenie úloh pri nakladaní s majetkom. Podrobné informácie o spracúvaní osobných údajov a právach dotknutej osoby poskytuje mestská časť v informačnej povinnosti podľa GDPR. Samostatný súhlas so spracúvaním osobných údajov sa týmto tlačivom nevyžaduje.</w:t>
      </w:r>
    </w:p>
    <w:p w14:paraId="7C52562A" w14:textId="77777777" w:rsidR="00FE439D" w:rsidRPr="00D467A8" w:rsidRDefault="00FE439D">
      <w:pPr>
        <w:rPr>
          <w:lang w:val="sk-SK"/>
        </w:rPr>
      </w:pP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5152"/>
        <w:gridCol w:w="5150"/>
      </w:tblGrid>
      <w:tr w:rsidR="00FE439D" w:rsidRPr="00D467A8" w14:paraId="2FC862C5" w14:textId="77777777">
        <w:trPr>
          <w:jc w:val="center"/>
        </w:trPr>
        <w:tc>
          <w:tcPr>
            <w:tcW w:w="5156" w:type="dxa"/>
            <w:shd w:val="clear" w:color="auto" w:fill="E7EEF8"/>
            <w:tcMar>
              <w:top w:w="110" w:type="dxa"/>
              <w:left w:w="90" w:type="dxa"/>
              <w:bottom w:w="110" w:type="dxa"/>
              <w:right w:w="90" w:type="dxa"/>
            </w:tcMar>
          </w:tcPr>
          <w:p w14:paraId="7DC096DE" w14:textId="77777777" w:rsidR="00FE439D" w:rsidRPr="00D467A8" w:rsidRDefault="00F151F8">
            <w:pPr>
              <w:rPr>
                <w:lang w:val="sk-SK"/>
              </w:rPr>
            </w:pPr>
            <w:r w:rsidRPr="00D467A8">
              <w:rPr>
                <w:b/>
                <w:lang w:val="sk-SK"/>
              </w:rPr>
              <w:t>V Bratislave dňa:</w:t>
            </w:r>
          </w:p>
        </w:tc>
        <w:tc>
          <w:tcPr>
            <w:tcW w:w="5156" w:type="dxa"/>
            <w:tcMar>
              <w:top w:w="110" w:type="dxa"/>
              <w:left w:w="90" w:type="dxa"/>
              <w:bottom w:w="110" w:type="dxa"/>
              <w:right w:w="90" w:type="dxa"/>
            </w:tcMar>
          </w:tcPr>
          <w:p w14:paraId="6068CE8A" w14:textId="77777777" w:rsidR="00FE439D" w:rsidRPr="00D467A8" w:rsidRDefault="00FE439D">
            <w:pPr>
              <w:rPr>
                <w:lang w:val="sk-SK"/>
              </w:rPr>
            </w:pPr>
          </w:p>
        </w:tc>
      </w:tr>
      <w:tr w:rsidR="00FE439D" w:rsidRPr="00D467A8" w14:paraId="41D0A671" w14:textId="77777777">
        <w:trPr>
          <w:jc w:val="center"/>
        </w:trPr>
        <w:tc>
          <w:tcPr>
            <w:tcW w:w="5156" w:type="dxa"/>
            <w:shd w:val="clear" w:color="auto" w:fill="E7EEF8"/>
            <w:tcMar>
              <w:top w:w="110" w:type="dxa"/>
              <w:left w:w="90" w:type="dxa"/>
              <w:bottom w:w="110" w:type="dxa"/>
              <w:right w:w="90" w:type="dxa"/>
            </w:tcMar>
          </w:tcPr>
          <w:p w14:paraId="3581E2DA" w14:textId="77777777" w:rsidR="00FE439D" w:rsidRPr="00D467A8" w:rsidRDefault="00F151F8">
            <w:pPr>
              <w:rPr>
                <w:lang w:val="sk-SK"/>
              </w:rPr>
            </w:pPr>
            <w:r w:rsidRPr="00D467A8">
              <w:rPr>
                <w:b/>
                <w:lang w:val="sk-SK"/>
              </w:rPr>
              <w:t>Meno žiadateľa / oprávnenej osoby:</w:t>
            </w:r>
          </w:p>
        </w:tc>
        <w:tc>
          <w:tcPr>
            <w:tcW w:w="5156" w:type="dxa"/>
            <w:tcMar>
              <w:top w:w="110" w:type="dxa"/>
              <w:left w:w="90" w:type="dxa"/>
              <w:bottom w:w="110" w:type="dxa"/>
              <w:right w:w="90" w:type="dxa"/>
            </w:tcMar>
          </w:tcPr>
          <w:p w14:paraId="52E8A361" w14:textId="77777777" w:rsidR="00FE439D" w:rsidRPr="00D467A8" w:rsidRDefault="00FE439D">
            <w:pPr>
              <w:rPr>
                <w:lang w:val="sk-SK"/>
              </w:rPr>
            </w:pPr>
          </w:p>
        </w:tc>
      </w:tr>
      <w:tr w:rsidR="00FE439D" w:rsidRPr="00D467A8" w14:paraId="264B8F99" w14:textId="77777777">
        <w:trPr>
          <w:jc w:val="center"/>
        </w:trPr>
        <w:tc>
          <w:tcPr>
            <w:tcW w:w="5156" w:type="dxa"/>
            <w:shd w:val="clear" w:color="auto" w:fill="E7EEF8"/>
            <w:tcMar>
              <w:top w:w="110" w:type="dxa"/>
              <w:left w:w="90" w:type="dxa"/>
              <w:bottom w:w="110" w:type="dxa"/>
              <w:right w:w="90" w:type="dxa"/>
            </w:tcMar>
          </w:tcPr>
          <w:p w14:paraId="7C8E0D98" w14:textId="77777777" w:rsidR="00FE439D" w:rsidRPr="00D467A8" w:rsidRDefault="00F151F8">
            <w:pPr>
              <w:rPr>
                <w:lang w:val="sk-SK"/>
              </w:rPr>
            </w:pPr>
            <w:r w:rsidRPr="00D467A8">
              <w:rPr>
                <w:b/>
                <w:lang w:val="sk-SK"/>
              </w:rPr>
              <w:t>Podpis:</w:t>
            </w:r>
          </w:p>
        </w:tc>
        <w:tc>
          <w:tcPr>
            <w:tcW w:w="5156" w:type="dxa"/>
            <w:tcMar>
              <w:top w:w="110" w:type="dxa"/>
              <w:left w:w="90" w:type="dxa"/>
              <w:bottom w:w="110" w:type="dxa"/>
              <w:right w:w="90" w:type="dxa"/>
            </w:tcMar>
          </w:tcPr>
          <w:p w14:paraId="70AC8A89" w14:textId="77777777" w:rsidR="00FE439D" w:rsidRPr="00D467A8" w:rsidRDefault="00FE439D">
            <w:pPr>
              <w:rPr>
                <w:lang w:val="sk-SK"/>
              </w:rPr>
            </w:pPr>
          </w:p>
        </w:tc>
      </w:tr>
    </w:tbl>
    <w:p w14:paraId="3BD0B4BA" w14:textId="77777777" w:rsidR="00FE439D" w:rsidRPr="00D467A8" w:rsidRDefault="00FE439D">
      <w:pPr>
        <w:rPr>
          <w:lang w:val="sk-SK"/>
        </w:rPr>
      </w:pPr>
    </w:p>
    <w:p w14:paraId="50B21CBC" w14:textId="77777777" w:rsidR="00FE439D" w:rsidRPr="00D467A8" w:rsidRDefault="00F151F8" w:rsidP="00D467A8">
      <w:pPr>
        <w:jc w:val="both"/>
        <w:rPr>
          <w:lang w:val="sk-SK"/>
        </w:rPr>
      </w:pPr>
      <w:r w:rsidRPr="00D467A8">
        <w:rPr>
          <w:b/>
          <w:lang w:val="sk-SK"/>
        </w:rPr>
        <w:t xml:space="preserve">Poznámka pre žiadateľa: </w:t>
      </w:r>
      <w:r w:rsidRPr="00D467A8">
        <w:rPr>
          <w:lang w:val="sk-SK"/>
        </w:rPr>
        <w:t>Mestská časť môže podľa povahy žiadosti vyzvať na doplnenie ďalších podkladov. O spôsobe naloženia s majetkom rozhoduje príslušný orgán v súlade s platnými právnymi predpismi a internými pravidlami hospodárenia s majetkom.</w:t>
      </w:r>
    </w:p>
    <w:sectPr w:rsidR="00FE439D" w:rsidRPr="00D467A8" w:rsidSect="00034616">
      <w:footerReference w:type="default" r:id="rId8"/>
      <w:pgSz w:w="12240" w:h="15840"/>
      <w:pgMar w:top="850" w:right="964" w:bottom="850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830D8" w14:textId="77777777" w:rsidR="00F151F8" w:rsidRDefault="00F151F8">
      <w:pPr>
        <w:spacing w:after="0" w:line="240" w:lineRule="auto"/>
      </w:pPr>
      <w:r>
        <w:separator/>
      </w:r>
    </w:p>
  </w:endnote>
  <w:endnote w:type="continuationSeparator" w:id="0">
    <w:p w14:paraId="0745EE82" w14:textId="77777777" w:rsidR="00F151F8" w:rsidRDefault="00F151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5E4D9" w14:textId="09DBEC33" w:rsidR="00FE439D" w:rsidRPr="008474B5" w:rsidRDefault="00F151F8">
    <w:pPr>
      <w:pStyle w:val="Pta"/>
      <w:jc w:val="center"/>
      <w:rPr>
        <w:lang w:val="sk-SK"/>
      </w:rPr>
    </w:pPr>
    <w:r w:rsidRPr="008474B5">
      <w:rPr>
        <w:sz w:val="16"/>
        <w:lang w:val="sk-SK"/>
      </w:rPr>
      <w:t>Mestská časť Bratislava-Lamač</w:t>
    </w:r>
    <w:r w:rsidR="008474B5">
      <w:rPr>
        <w:sz w:val="16"/>
        <w:lang w:val="sk-SK"/>
      </w:rPr>
      <w:t xml:space="preserve">, Tlačivo:   Žiadosť o prevod alebo nájom   </w:t>
    </w:r>
    <w:r w:rsidR="008474B5">
      <w:rPr>
        <w:sz w:val="16"/>
        <w:lang w:val="sk-SK"/>
      </w:rPr>
      <w:tab/>
    </w:r>
    <w:r w:rsidR="008474B5" w:rsidRPr="008474B5">
      <w:rPr>
        <w:sz w:val="16"/>
        <w:lang w:val="sk-SK"/>
      </w:rPr>
      <w:t xml:space="preserve">Strana </w:t>
    </w:r>
    <w:r w:rsidR="008474B5" w:rsidRPr="008474B5">
      <w:rPr>
        <w:b/>
        <w:bCs/>
        <w:sz w:val="16"/>
        <w:lang w:val="sk-SK"/>
      </w:rPr>
      <w:fldChar w:fldCharType="begin"/>
    </w:r>
    <w:r w:rsidR="008474B5" w:rsidRPr="008474B5">
      <w:rPr>
        <w:b/>
        <w:bCs/>
        <w:sz w:val="16"/>
        <w:lang w:val="sk-SK"/>
      </w:rPr>
      <w:instrText>PAGE  \* Arabic  \* MERGEFORMAT</w:instrText>
    </w:r>
    <w:r w:rsidR="008474B5" w:rsidRPr="008474B5">
      <w:rPr>
        <w:b/>
        <w:bCs/>
        <w:sz w:val="16"/>
        <w:lang w:val="sk-SK"/>
      </w:rPr>
      <w:fldChar w:fldCharType="separate"/>
    </w:r>
    <w:r w:rsidR="008474B5" w:rsidRPr="008474B5">
      <w:rPr>
        <w:b/>
        <w:bCs/>
        <w:sz w:val="16"/>
        <w:lang w:val="sk-SK"/>
      </w:rPr>
      <w:t>1</w:t>
    </w:r>
    <w:r w:rsidR="008474B5" w:rsidRPr="008474B5">
      <w:rPr>
        <w:b/>
        <w:bCs/>
        <w:sz w:val="16"/>
        <w:lang w:val="sk-SK"/>
      </w:rPr>
      <w:fldChar w:fldCharType="end"/>
    </w:r>
    <w:r w:rsidR="008474B5" w:rsidRPr="008474B5">
      <w:rPr>
        <w:sz w:val="16"/>
        <w:lang w:val="sk-SK"/>
      </w:rPr>
      <w:t xml:space="preserve"> z </w:t>
    </w:r>
    <w:r w:rsidR="008474B5" w:rsidRPr="008474B5">
      <w:rPr>
        <w:b/>
        <w:bCs/>
        <w:sz w:val="16"/>
        <w:lang w:val="sk-SK"/>
      </w:rPr>
      <w:fldChar w:fldCharType="begin"/>
    </w:r>
    <w:r w:rsidR="008474B5" w:rsidRPr="008474B5">
      <w:rPr>
        <w:b/>
        <w:bCs/>
        <w:sz w:val="16"/>
        <w:lang w:val="sk-SK"/>
      </w:rPr>
      <w:instrText>NUMPAGES  \* Arabic  \* MERGEFORMAT</w:instrText>
    </w:r>
    <w:r w:rsidR="008474B5" w:rsidRPr="008474B5">
      <w:rPr>
        <w:b/>
        <w:bCs/>
        <w:sz w:val="16"/>
        <w:lang w:val="sk-SK"/>
      </w:rPr>
      <w:fldChar w:fldCharType="separate"/>
    </w:r>
    <w:r w:rsidR="008474B5" w:rsidRPr="008474B5">
      <w:rPr>
        <w:b/>
        <w:bCs/>
        <w:sz w:val="16"/>
        <w:lang w:val="sk-SK"/>
      </w:rPr>
      <w:t>2</w:t>
    </w:r>
    <w:r w:rsidR="008474B5" w:rsidRPr="008474B5">
      <w:rPr>
        <w:b/>
        <w:bCs/>
        <w:sz w:val="16"/>
        <w:lang w:val="sk-SK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1001F" w14:textId="77777777" w:rsidR="00F151F8" w:rsidRDefault="00F151F8">
      <w:pPr>
        <w:spacing w:after="0" w:line="240" w:lineRule="auto"/>
      </w:pPr>
      <w:r>
        <w:separator/>
      </w:r>
    </w:p>
  </w:footnote>
  <w:footnote w:type="continuationSeparator" w:id="0">
    <w:p w14:paraId="6B721542" w14:textId="77777777" w:rsidR="00F151F8" w:rsidRDefault="00F151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15058525">
    <w:abstractNumId w:val="8"/>
  </w:num>
  <w:num w:numId="2" w16cid:durableId="1339425811">
    <w:abstractNumId w:val="6"/>
  </w:num>
  <w:num w:numId="3" w16cid:durableId="2024932609">
    <w:abstractNumId w:val="5"/>
  </w:num>
  <w:num w:numId="4" w16cid:durableId="1482506216">
    <w:abstractNumId w:val="4"/>
  </w:num>
  <w:num w:numId="5" w16cid:durableId="920796157">
    <w:abstractNumId w:val="7"/>
  </w:num>
  <w:num w:numId="6" w16cid:durableId="31615166">
    <w:abstractNumId w:val="3"/>
  </w:num>
  <w:num w:numId="7" w16cid:durableId="1749382142">
    <w:abstractNumId w:val="2"/>
  </w:num>
  <w:num w:numId="8" w16cid:durableId="960499936">
    <w:abstractNumId w:val="1"/>
  </w:num>
  <w:num w:numId="9" w16cid:durableId="1504055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126C3"/>
    <w:rsid w:val="0015074B"/>
    <w:rsid w:val="0029639D"/>
    <w:rsid w:val="00326F90"/>
    <w:rsid w:val="007B7C9B"/>
    <w:rsid w:val="007D59C0"/>
    <w:rsid w:val="007E5BEB"/>
    <w:rsid w:val="008474B5"/>
    <w:rsid w:val="00A14927"/>
    <w:rsid w:val="00AA1D8D"/>
    <w:rsid w:val="00B141D1"/>
    <w:rsid w:val="00B47730"/>
    <w:rsid w:val="00CB0664"/>
    <w:rsid w:val="00D467A8"/>
    <w:rsid w:val="00EB0166"/>
    <w:rsid w:val="00F151F8"/>
    <w:rsid w:val="00FC693F"/>
    <w:rsid w:val="00FE4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759909"/>
  <w14:defaultImageDpi w14:val="300"/>
  <w15:docId w15:val="{C49CF99D-D81B-4157-9CBA-BAAD0F14D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pPr>
      <w:spacing w:after="60"/>
    </w:pPr>
    <w:rPr>
      <w:rFonts w:ascii="Arial" w:hAnsi="Arial"/>
      <w:sz w:val="19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3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701</Words>
  <Characters>4001</Characters>
  <Application>Microsoft Office Word</Application>
  <DocSecurity>0</DocSecurity>
  <Lines>33</Lines>
  <Paragraphs>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4693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Dvorscikova@lamac.sk</dc:creator>
  <cp:keywords/>
  <dc:description/>
  <cp:lastModifiedBy>Lucia Kantorova</cp:lastModifiedBy>
  <cp:revision>7</cp:revision>
  <dcterms:created xsi:type="dcterms:W3CDTF">2026-09-23T09:45:00Z</dcterms:created>
  <dcterms:modified xsi:type="dcterms:W3CDTF">2026-09-29T19:08:00Z</dcterms:modified>
  <cp:category/>
</cp:coreProperties>
</file>